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48"/>
              </w:rPr>
              <w:t>ESTIMATE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PREPARED FOR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JOB SITE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[Site or job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[Site contact and phone]</w:t>
            </w:r>
          </w:p>
        </w:tc>
        <w:tc>
          <w:tcPr>
            <w:tcW w:type="dxa" w:w="4176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88"/>
              <w:gridCol w:w="2088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Estimate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Estimate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Valid until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UNIT COST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ASSUMPTIONS AND EXCLUSIONS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1584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Estimated total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rPr>
          <w:trHeight w:val="576" w:hRule="atLeast"/>
        </w:trPr>
        <w:tc>
          <w:tcPr>
            <w:tcW w:type="dxa" w:w="6048"/>
            <w:tcBorders>
              <w:bottom w:val="single" w:sz="4" w:color="1F2937"/>
            </w:tcBorders>
          </w:tcPr>
          <w:p/>
        </w:tc>
        <w:tc>
          <w:tcPr>
            <w:tcW w:type="dxa" w:w="720"/>
          </w:tcPr>
          <w:p/>
        </w:tc>
        <w:tc>
          <w:tcPr>
            <w:tcW w:type="dxa" w:w="3744"/>
            <w:tcBorders>
              <w:bottom w:val="single" w:sz="4" w:color="1F2937"/>
            </w:tcBorders>
          </w:tcPr>
          <w:p/>
        </w:tc>
      </w:tr>
      <w:tr>
        <w:tc>
          <w:tcPr>
            <w:tcW w:type="dxa" w:w="6048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Approved by</w:t>
            </w:r>
          </w:p>
        </w:tc>
        <w:tc>
          <w:tcPr>
            <w:tcW w:type="dxa" w:w="720"/>
          </w:tcPr>
          <w:p/>
        </w:tc>
        <w:tc>
          <w:tcPr>
            <w:tcW w:type="dxa" w:w="3744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estimate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