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56"/>
        <w:gridCol w:w="5256"/>
      </w:tblGrid>
      <w:tr>
        <w:tc>
          <w:tcPr>
            <w:tcW w:type="dxa" w:w="6048"/>
          </w:tcPr>
          <w:p>
            <w:pPr>
              <w:spacing w:after="40" w:before="0"/>
            </w:pPr>
            <w:r>
              <w:rPr>
                <w:b/>
                <w:color w:val="1F2937"/>
                <w:sz w:val="28"/>
              </w:rPr>
              <w:t>[Your business name]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[Street address]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[City, state ZIP]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[Phone]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[Email]</w:t>
            </w:r>
          </w:p>
        </w:tc>
        <w:tc>
          <w:tcPr>
            <w:tcW w:type="dxa" w:w="4464"/>
          </w:tcPr>
          <w:p>
            <w:pPr>
              <w:spacing w:after="40" w:before="0"/>
              <w:jc w:val="right"/>
            </w:pPr>
            <w:r>
              <w:rPr>
                <w:b/>
                <w:color w:val="1F2937"/>
                <w:sz w:val="48"/>
              </w:rPr>
              <w:t>INVOICE</w:t>
            </w:r>
          </w:p>
          <w:p>
            <w:pPr>
              <w:spacing w:after="0" w:before="0"/>
              <w:jc w:val="right"/>
            </w:pPr>
            <w:r>
              <w:rPr>
                <w:color w:val="C04E06"/>
                <w:sz w:val="8"/>
              </w:rPr>
              <w:t>██████</w:t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56"/>
        <w:gridCol w:w="5256"/>
      </w:tblGrid>
      <w:tr>
        <w:tc>
          <w:tcPr>
            <w:tcW w:type="dxa" w:w="5184"/>
          </w:tcPr>
          <w:p>
            <w:pPr>
              <w:spacing w:after="60" w:before="0"/>
            </w:pPr>
            <w:r>
              <w:rPr>
                <w:b/>
                <w:color w:val="C04E06"/>
                <w:sz w:val="16"/>
              </w:rPr>
              <w:t>BILL TO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[Name]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[Company]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[Street address]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[City, state ZIP]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[Email or phone]</w:t>
            </w:r>
          </w:p>
        </w:tc>
        <w:tc>
          <w:tcPr>
            <w:tcW w:type="dxa" w:w="5328"/>
          </w:tcPr>
          <w:p>
            <w:pPr>
              <w:spacing w:after="0"/>
            </w:pP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2664"/>
              <w:gridCol w:w="2664"/>
            </w:tblGrid>
            <w:tr>
              <w:tc>
                <w:tcPr>
                  <w:tcW w:type="dxa" w:w="1944"/>
                </w:tcPr>
                <w:p>
                  <w:pPr>
                    <w:spacing w:after="0" w:before="0"/>
                  </w:pPr>
                  <w:r>
                    <w:rPr>
                      <w:b/>
                      <w:color w:val="1F2937"/>
                      <w:sz w:val="19"/>
                    </w:rPr>
                    <w:t>Invoice number</w:t>
                  </w:r>
                </w:p>
              </w:tc>
              <w:tc>
                <w:tcPr>
                  <w:tcW w:type="dxa" w:w="2376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6B7280"/>
                      <w:sz w:val="19"/>
                    </w:rPr>
                    <w:t>[Number]</w:t>
                  </w:r>
                </w:p>
              </w:tc>
            </w:tr>
            <w:tr>
              <w:tc>
                <w:tcPr>
                  <w:tcW w:type="dxa" w:w="1944"/>
                </w:tcPr>
                <w:p>
                  <w:pPr>
                    <w:spacing w:after="0" w:before="0"/>
                  </w:pPr>
                  <w:r>
                    <w:rPr>
                      <w:b/>
                      <w:color w:val="1F2937"/>
                      <w:sz w:val="19"/>
                    </w:rPr>
                    <w:t>Invoice date</w:t>
                  </w:r>
                </w:p>
              </w:tc>
              <w:tc>
                <w:tcPr>
                  <w:tcW w:type="dxa" w:w="2376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6B7280"/>
                      <w:sz w:val="19"/>
                    </w:rPr>
                    <w:t>[MM/DD/YYYY]</w:t>
                  </w:r>
                </w:p>
              </w:tc>
            </w:tr>
            <w:tr>
              <w:tc>
                <w:tcPr>
                  <w:tcW w:type="dxa" w:w="1944"/>
                </w:tcPr>
                <w:p>
                  <w:pPr>
                    <w:spacing w:after="0" w:before="0"/>
                  </w:pPr>
                  <w:r>
                    <w:rPr>
                      <w:b/>
                      <w:color w:val="1F2937"/>
                      <w:sz w:val="19"/>
                    </w:rPr>
                    <w:t>Due date</w:t>
                  </w:r>
                </w:p>
              </w:tc>
              <w:tc>
                <w:tcPr>
                  <w:tcW w:type="dxa" w:w="2376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6B7280"/>
                      <w:sz w:val="19"/>
                    </w:rPr>
                    <w:t>[MM/DD/YYYY]</w:t>
                  </w:r>
                </w:p>
              </w:tc>
            </w:tr>
            <w:tr>
              <w:tc>
                <w:tcPr>
                  <w:tcW w:type="dxa" w:w="1944"/>
                </w:tcPr>
                <w:p>
                  <w:pPr>
                    <w:spacing w:after="0" w:before="0"/>
                  </w:pPr>
                  <w:r>
                    <w:rPr>
                      <w:b/>
                      <w:color w:val="1F2937"/>
                      <w:sz w:val="19"/>
                    </w:rPr>
                    <w:t>Payment terms</w:t>
                  </w:r>
                </w:p>
              </w:tc>
              <w:tc>
                <w:tcPr>
                  <w:tcW w:type="dxa" w:w="2376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6B7280"/>
                      <w:sz w:val="19"/>
                    </w:rPr>
                    <w:t>[Net 30]</w:t>
                  </w:r>
                </w:p>
              </w:tc>
            </w:tr>
          </w:tbl>
          <w:p/>
        </w:tc>
      </w:tr>
    </w:tbl>
    <w:p>
      <w:pPr>
        <w:spacing w:after="0" w:before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nil"/>
        </w:tblBorders>
      </w:tblPr>
      <w:tblGrid>
        <w:gridCol w:w="2628"/>
        <w:gridCol w:w="2628"/>
        <w:gridCol w:w="2628"/>
        <w:gridCol w:w="2628"/>
      </w:tblGrid>
      <w:tr>
        <w:trPr>
          <w:trHeight w:val="403" w:hRule="atLeast"/>
        </w:trPr>
        <w:tc>
          <w:tcPr>
            <w:tcW w:type="dxa" w:w="5976"/>
            <w:shd w:val="clear" w:color="auto" w:fill="1F2937"/>
          </w:tcPr>
          <w:p>
            <w:pPr>
              <w:spacing w:after="0" w:before="0"/>
            </w:pPr>
            <w:r>
              <w:rPr>
                <w:b/>
                <w:color w:val="FFFFFF"/>
                <w:sz w:val="16"/>
              </w:rPr>
              <w:t>DESCRIPTION</w:t>
            </w:r>
          </w:p>
        </w:tc>
        <w:tc>
          <w:tcPr>
            <w:tcW w:type="dxa" w:w="1512"/>
            <w:shd w:val="clear" w:color="auto" w:fill="1F2937"/>
          </w:tcPr>
          <w:p>
            <w:pPr>
              <w:spacing w:after="0" w:before="0"/>
              <w:jc w:val="right"/>
            </w:pPr>
            <w:r>
              <w:rPr>
                <w:b/>
                <w:color w:val="FFFFFF"/>
                <w:sz w:val="16"/>
              </w:rPr>
              <w:t>QUANTITY</w:t>
            </w:r>
          </w:p>
        </w:tc>
        <w:tc>
          <w:tcPr>
            <w:tcW w:type="dxa" w:w="1512"/>
            <w:shd w:val="clear" w:color="auto" w:fill="1F2937"/>
          </w:tcPr>
          <w:p>
            <w:pPr>
              <w:spacing w:after="0" w:before="0"/>
              <w:jc w:val="right"/>
            </w:pPr>
            <w:r>
              <w:rPr>
                <w:b/>
                <w:color w:val="FFFFFF"/>
                <w:sz w:val="16"/>
              </w:rPr>
              <w:t>RATE</w:t>
            </w:r>
          </w:p>
        </w:tc>
        <w:tc>
          <w:tcPr>
            <w:tcW w:type="dxa" w:w="1512"/>
            <w:shd w:val="clear" w:color="auto" w:fill="1F2937"/>
          </w:tcPr>
          <w:p>
            <w:pPr>
              <w:spacing w:after="0" w:before="0"/>
              <w:jc w:val="right"/>
            </w:pPr>
            <w:r>
              <w:rPr>
                <w:b/>
                <w:color w:val="FFFFFF"/>
                <w:sz w:val="16"/>
              </w:rPr>
              <w:t>AMOUNT</w:t>
            </w:r>
          </w:p>
        </w:tc>
      </w:tr>
      <w:tr>
        <w:trPr>
          <w:trHeight w:val="388" w:hRule="atLeast"/>
        </w:trPr>
        <w:tc>
          <w:tcPr>
            <w:tcW w:type="dxa" w:w="5976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rPr>
          <w:trHeight w:val="388" w:hRule="atLeast"/>
        </w:trPr>
        <w:tc>
          <w:tcPr>
            <w:tcW w:type="dxa" w:w="5976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</w:tr>
      <w:tr>
        <w:trPr>
          <w:trHeight w:val="388" w:hRule="atLeast"/>
        </w:trPr>
        <w:tc>
          <w:tcPr>
            <w:tcW w:type="dxa" w:w="5976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rPr>
          <w:trHeight w:val="388" w:hRule="atLeast"/>
        </w:trPr>
        <w:tc>
          <w:tcPr>
            <w:tcW w:type="dxa" w:w="5976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</w:tr>
      <w:tr>
        <w:trPr>
          <w:trHeight w:val="388" w:hRule="atLeast"/>
        </w:trPr>
        <w:tc>
          <w:tcPr>
            <w:tcW w:type="dxa" w:w="5976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rPr>
          <w:trHeight w:val="388" w:hRule="atLeast"/>
        </w:trPr>
        <w:tc>
          <w:tcPr>
            <w:tcW w:type="dxa" w:w="5976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</w:tr>
      <w:tr>
        <w:trPr>
          <w:trHeight w:val="388" w:hRule="atLeast"/>
        </w:trPr>
        <w:tc>
          <w:tcPr>
            <w:tcW w:type="dxa" w:w="5976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rPr>
          <w:trHeight w:val="388" w:hRule="atLeast"/>
        </w:trPr>
        <w:tc>
          <w:tcPr>
            <w:tcW w:type="dxa" w:w="5976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</w:tr>
      <w:tr>
        <w:trPr>
          <w:trHeight w:val="388" w:hRule="atLeast"/>
        </w:trPr>
        <w:tc>
          <w:tcPr>
            <w:tcW w:type="dxa" w:w="5976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rPr>
          <w:trHeight w:val="388" w:hRule="atLeast"/>
        </w:trPr>
        <w:tc>
          <w:tcPr>
            <w:tcW w:type="dxa" w:w="5976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56"/>
        <w:gridCol w:w="5256"/>
      </w:tblGrid>
      <w:tr>
        <w:tc>
          <w:tcPr>
            <w:tcW w:type="dxa" w:w="5904"/>
          </w:tcPr>
          <w:p>
            <w:pPr>
              <w:spacing w:after="60" w:before="0"/>
            </w:pPr>
            <w:r>
              <w:rPr>
                <w:b/>
                <w:color w:val="C04E06"/>
                <w:sz w:val="16"/>
              </w:rPr>
              <w:t>NOTES AND PAYMENT INSTRUCTIONS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D1D5DB"/>
                <w:left w:val="single" w:sz="4" w:color="D1D5DB"/>
                <w:bottom w:val="single" w:sz="4" w:color="D1D5DB"/>
                <w:right w:val="single" w:sz="4" w:color="D1D5DB"/>
                <w:insideH w:val="single" w:sz="4" w:color="D1D5DB"/>
                <w:insideV w:val="nil"/>
              </w:tblBorders>
            </w:tblPr>
            <w:tblGrid>
              <w:gridCol w:w="5904"/>
            </w:tblGrid>
            <w:tr>
              <w:trPr>
                <w:trHeight w:val="2160" w:hRule="atLeast"/>
              </w:trPr>
              <w:tc>
                <w:tcPr>
                  <w:tcW w:type="dxa" w:w="5472"/>
                </w:tcPr>
                <w:p/>
              </w:tc>
            </w:tr>
          </w:tbl>
          <w:p/>
        </w:tc>
        <w:tc>
          <w:tcPr>
            <w:tcW w:type="dxa" w:w="4608"/>
          </w:tcPr>
          <w:p>
            <w:pPr>
              <w:spacing w:after="0"/>
            </w:pP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2304"/>
              <w:gridCol w:w="2304"/>
            </w:tblGrid>
            <w:tr>
              <w:trPr>
                <w:trHeight w:val="388" w:hRule="atLeast"/>
              </w:trPr>
              <w:tc>
                <w:tcPr>
                  <w:tcW w:type="dxa" w:w="2592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1F2937"/>
                      <w:sz w:val="19"/>
                    </w:rPr>
                    <w:t>Subtotal</w:t>
                  </w:r>
                </w:p>
              </w:tc>
              <w:tc>
                <w:tcPr>
                  <w:tcW w:type="dxa" w:w="1728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  <w:jc w:val="right"/>
                  </w:pP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592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1F2937"/>
                      <w:sz w:val="19"/>
                    </w:rPr>
                    <w:t>Tax rate</w:t>
                  </w:r>
                </w:p>
              </w:tc>
              <w:tc>
                <w:tcPr>
                  <w:tcW w:type="dxa" w:w="1728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b w:val="0"/>
                      <w:color w:val="6B7280"/>
                      <w:sz w:val="19"/>
                    </w:rPr>
                    <w:t>____ %</w:t>
                  </w: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592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1F2937"/>
                      <w:sz w:val="19"/>
                    </w:rPr>
                    <w:t>Tax</w:t>
                  </w:r>
                </w:p>
              </w:tc>
              <w:tc>
                <w:tcPr>
                  <w:tcW w:type="dxa" w:w="1728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  <w:jc w:val="right"/>
                  </w:pP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592"/>
                </w:tcPr>
                <w:p>
                  <w:pPr>
                    <w:spacing w:after="0" w:before="0"/>
                  </w:pPr>
                  <w:r>
                    <w:rPr>
                      <w:b/>
                      <w:color w:val="1F2937"/>
                      <w:sz w:val="22"/>
                    </w:rPr>
                    <w:t>Total due</w:t>
                  </w:r>
                </w:p>
              </w:tc>
              <w:tc>
                <w:tcPr>
                  <w:tcW w:type="dxa" w:w="1728"/>
                </w:tcPr>
                <w:p>
                  <w:pPr>
                    <w:spacing w:after="0" w:before="0"/>
                    <w:jc w:val="right"/>
                  </w:pPr>
                </w:p>
              </w:tc>
            </w:tr>
          </w:tbl>
          <w:p/>
        </w:tc>
      </w:tr>
    </w:tbl>
    <w:sectPr w:rsidR="00FC693F" w:rsidRPr="0006063C" w:rsidSect="00034616">
      <w:footerReference w:type="default" r:id="rId9"/>
      <w:pgSz w:w="12240" w:h="15840"/>
      <w:pgMar w:top="792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6"/>
      </w:rPr>
      <w:t>Made with InvoiceTools, invoicetools.com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invoice template</dc:title>
  <dc:subject/>
  <dc:creator>InvoiceTools</dc:creator>
  <cp:keywords/>
  <dc:description>Made with InvoiceTools, invoicetools.com</dc:description>
  <cp:lastModifiedBy>InvoiceTools</cp:lastModifiedBy>
  <cp:revision>1</cp:revision>
  <dcterms:created xsi:type="dcterms:W3CDTF">2026-01-01T00:00:00Z</dcterms:created>
  <dcterms:modified xsi:type="dcterms:W3CDTF">2026-01-01T00:00:00Z</dcterms:modified>
  <cp:category/>
</cp:coreProperties>
</file>