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256"/>
        <w:gridCol w:w="5256"/>
      </w:tblGrid>
      <w:tr>
        <w:tc>
          <w:tcPr>
            <w:tcW w:type="dxa" w:w="6048"/>
          </w:tcPr>
          <w:p>
            <w:pPr>
              <w:spacing w:after="40" w:before="0"/>
            </w:pPr>
            <w:r>
              <w:rPr>
                <w:b/>
                <w:color w:val="1F2937"/>
                <w:sz w:val="28"/>
              </w:rPr>
              <w:t>[Your business name]</w:t>
            </w:r>
          </w:p>
          <w:p>
            <w:pPr>
              <w:spacing w:after="0" w:before="0"/>
            </w:pPr>
            <w:r>
              <w:rPr>
                <w:b w:val="0"/>
                <w:color w:val="6B7280"/>
                <w:sz w:val="19"/>
              </w:rPr>
              <w:t>[Street address]</w:t>
            </w:r>
          </w:p>
          <w:p>
            <w:pPr>
              <w:spacing w:after="0" w:before="0"/>
            </w:pPr>
            <w:r>
              <w:rPr>
                <w:b w:val="0"/>
                <w:color w:val="6B7280"/>
                <w:sz w:val="19"/>
              </w:rPr>
              <w:t>[City, state ZIP]</w:t>
            </w:r>
          </w:p>
          <w:p>
            <w:pPr>
              <w:spacing w:after="0" w:before="0"/>
            </w:pPr>
            <w:r>
              <w:rPr>
                <w:b w:val="0"/>
                <w:color w:val="6B7280"/>
                <w:sz w:val="19"/>
              </w:rPr>
              <w:t>[Phone]</w:t>
            </w:r>
          </w:p>
          <w:p>
            <w:pPr>
              <w:spacing w:after="0" w:before="0"/>
            </w:pPr>
            <w:r>
              <w:rPr>
                <w:b w:val="0"/>
                <w:color w:val="6B7280"/>
                <w:sz w:val="19"/>
              </w:rPr>
              <w:t>[Email]</w:t>
            </w:r>
          </w:p>
        </w:tc>
        <w:tc>
          <w:tcPr>
            <w:tcW w:type="dxa" w:w="4464"/>
          </w:tcPr>
          <w:p>
            <w:pPr>
              <w:spacing w:after="40" w:before="0"/>
              <w:jc w:val="right"/>
            </w:pPr>
            <w:r>
              <w:rPr>
                <w:b/>
                <w:color w:val="1F2937"/>
                <w:sz w:val="38"/>
              </w:rPr>
              <w:t>PURCHASE ORDER</w:t>
            </w:r>
          </w:p>
          <w:p>
            <w:pPr>
              <w:spacing w:after="0" w:before="0"/>
              <w:jc w:val="right"/>
            </w:pPr>
            <w:r>
              <w:rPr>
                <w:color w:val="C04E06"/>
                <w:sz w:val="8"/>
              </w:rPr>
              <w:t>██████</w:t>
            </w:r>
          </w:p>
        </w:tc>
      </w:tr>
    </w:tbl>
    <w:p>
      <w:pPr>
        <w:spacing w:after="0" w:before="0"/>
      </w:pP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504"/>
        <w:gridCol w:w="3504"/>
        <w:gridCol w:w="3504"/>
      </w:tblGrid>
      <w:tr>
        <w:tc>
          <w:tcPr>
            <w:tcW w:type="dxa" w:w="3168"/>
          </w:tcPr>
          <w:p>
            <w:pPr>
              <w:spacing w:after="60" w:before="0"/>
            </w:pPr>
            <w:r>
              <w:rPr>
                <w:b/>
                <w:color w:val="C04E06"/>
                <w:sz w:val="16"/>
              </w:rPr>
              <w:t>VENDOR</w:t>
            </w:r>
          </w:p>
          <w:p>
            <w:pPr>
              <w:spacing w:after="0" w:before="0"/>
            </w:pPr>
            <w:r>
              <w:rPr>
                <w:b w:val="0"/>
                <w:color w:val="6B7280"/>
                <w:sz w:val="19"/>
              </w:rPr>
              <w:t>[Name]</w:t>
            </w:r>
          </w:p>
          <w:p>
            <w:pPr>
              <w:spacing w:after="0" w:before="0"/>
            </w:pPr>
            <w:r>
              <w:rPr>
                <w:b w:val="0"/>
                <w:color w:val="6B7280"/>
                <w:sz w:val="19"/>
              </w:rPr>
              <w:t>[Company]</w:t>
            </w:r>
          </w:p>
          <w:p>
            <w:pPr>
              <w:spacing w:after="0" w:before="0"/>
            </w:pPr>
            <w:r>
              <w:rPr>
                <w:b w:val="0"/>
                <w:color w:val="6B7280"/>
                <w:sz w:val="19"/>
              </w:rPr>
              <w:t>[Street address]</w:t>
            </w:r>
          </w:p>
          <w:p>
            <w:pPr>
              <w:spacing w:after="0" w:before="0"/>
            </w:pPr>
            <w:r>
              <w:rPr>
                <w:b w:val="0"/>
                <w:color w:val="6B7280"/>
                <w:sz w:val="19"/>
              </w:rPr>
              <w:t>[City, state ZIP]</w:t>
            </w:r>
          </w:p>
          <w:p>
            <w:pPr>
              <w:spacing w:after="0" w:before="0"/>
            </w:pPr>
            <w:r>
              <w:rPr>
                <w:b w:val="0"/>
                <w:color w:val="6B7280"/>
                <w:sz w:val="19"/>
              </w:rPr>
              <w:t>[Email or phone]</w:t>
            </w:r>
          </w:p>
        </w:tc>
        <w:tc>
          <w:tcPr>
            <w:tcW w:type="dxa" w:w="3168"/>
          </w:tcPr>
          <w:p>
            <w:pPr>
              <w:spacing w:after="60" w:before="0"/>
            </w:pPr>
            <w:r>
              <w:rPr>
                <w:b/>
                <w:color w:val="C04E06"/>
                <w:sz w:val="16"/>
              </w:rPr>
              <w:t>SHIP TO</w:t>
            </w:r>
          </w:p>
          <w:p>
            <w:pPr>
              <w:spacing w:after="0" w:before="0"/>
            </w:pPr>
            <w:r>
              <w:rPr>
                <w:b w:val="0"/>
                <w:color w:val="6B7280"/>
                <w:sz w:val="19"/>
              </w:rPr>
              <w:t>[Recipient name]</w:t>
            </w:r>
          </w:p>
          <w:p>
            <w:pPr>
              <w:spacing w:after="0" w:before="0"/>
            </w:pPr>
            <w:r>
              <w:rPr>
                <w:b w:val="0"/>
                <w:color w:val="6B7280"/>
                <w:sz w:val="19"/>
              </w:rPr>
              <w:t>[Delivery address]</w:t>
            </w:r>
          </w:p>
          <w:p>
            <w:pPr>
              <w:spacing w:after="0" w:before="0"/>
            </w:pPr>
            <w:r>
              <w:rPr>
                <w:b w:val="0"/>
                <w:color w:val="6B7280"/>
                <w:sz w:val="19"/>
              </w:rPr>
              <w:t>[City, state ZIP]</w:t>
            </w:r>
          </w:p>
          <w:p>
            <w:pPr>
              <w:spacing w:after="0" w:before="0"/>
            </w:pPr>
            <w:r>
              <w:rPr>
                <w:b w:val="0"/>
                <w:color w:val="6B7280"/>
                <w:sz w:val="19"/>
              </w:rPr>
              <w:t>[Phone]</w:t>
            </w:r>
          </w:p>
        </w:tc>
        <w:tc>
          <w:tcPr>
            <w:tcW w:type="dxa" w:w="4176"/>
          </w:tcPr>
          <w:p>
            <w:pPr>
              <w:spacing w:after="0"/>
            </w:pP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2088"/>
              <w:gridCol w:w="2088"/>
            </w:tblGrid>
            <w:tr>
              <w:tc>
                <w:tcPr>
                  <w:tcW w:type="dxa" w:w="1944"/>
                </w:tcPr>
                <w:p>
                  <w:pPr>
                    <w:spacing w:after="0" w:before="0"/>
                  </w:pPr>
                  <w:r>
                    <w:rPr>
                      <w:b/>
                      <w:color w:val="1F2937"/>
                      <w:sz w:val="19"/>
                    </w:rPr>
                    <w:t>PO number</w:t>
                  </w:r>
                </w:p>
              </w:tc>
              <w:tc>
                <w:tcPr>
                  <w:tcW w:type="dxa" w:w="2376"/>
                  <w:tcBorders>
                    <w:bottom w:val="single" w:sz="4" w:color="D1D5DB"/>
                  </w:tcBorders>
                </w:tcPr>
                <w:p>
                  <w:pPr>
                    <w:spacing w:after="0" w:before="0"/>
                  </w:pPr>
                  <w:r>
                    <w:rPr>
                      <w:b w:val="0"/>
                      <w:color w:val="6B7280"/>
                      <w:sz w:val="19"/>
                    </w:rPr>
                    <w:t>[Number]</w:t>
                  </w:r>
                </w:p>
              </w:tc>
            </w:tr>
            <w:tr>
              <w:tc>
                <w:tcPr>
                  <w:tcW w:type="dxa" w:w="1944"/>
                </w:tcPr>
                <w:p>
                  <w:pPr>
                    <w:spacing w:after="0" w:before="0"/>
                  </w:pPr>
                  <w:r>
                    <w:rPr>
                      <w:b/>
                      <w:color w:val="1F2937"/>
                      <w:sz w:val="19"/>
                    </w:rPr>
                    <w:t>Order date</w:t>
                  </w:r>
                </w:p>
              </w:tc>
              <w:tc>
                <w:tcPr>
                  <w:tcW w:type="dxa" w:w="2376"/>
                  <w:tcBorders>
                    <w:bottom w:val="single" w:sz="4" w:color="D1D5DB"/>
                  </w:tcBorders>
                </w:tcPr>
                <w:p>
                  <w:pPr>
                    <w:spacing w:after="0" w:before="0"/>
                  </w:pPr>
                  <w:r>
                    <w:rPr>
                      <w:b w:val="0"/>
                      <w:color w:val="6B7280"/>
                      <w:sz w:val="19"/>
                    </w:rPr>
                    <w:t>[MM/DD/YYYY]</w:t>
                  </w:r>
                </w:p>
              </w:tc>
            </w:tr>
            <w:tr>
              <w:tc>
                <w:tcPr>
                  <w:tcW w:type="dxa" w:w="1944"/>
                </w:tcPr>
                <w:p>
                  <w:pPr>
                    <w:spacing w:after="0" w:before="0"/>
                  </w:pPr>
                  <w:r>
                    <w:rPr>
                      <w:b/>
                      <w:color w:val="1F2937"/>
                      <w:sz w:val="19"/>
                    </w:rPr>
                    <w:t>Delivery date</w:t>
                  </w:r>
                </w:p>
              </w:tc>
              <w:tc>
                <w:tcPr>
                  <w:tcW w:type="dxa" w:w="2376"/>
                  <w:tcBorders>
                    <w:bottom w:val="single" w:sz="4" w:color="D1D5DB"/>
                  </w:tcBorders>
                </w:tcPr>
                <w:p>
                  <w:pPr>
                    <w:spacing w:after="0" w:before="0"/>
                  </w:pPr>
                  <w:r>
                    <w:rPr>
                      <w:b w:val="0"/>
                      <w:color w:val="6B7280"/>
                      <w:sz w:val="19"/>
                    </w:rPr>
                    <w:t>[MM/DD/YYYY]</w:t>
                  </w:r>
                </w:p>
              </w:tc>
            </w:tr>
            <w:tr>
              <w:tc>
                <w:tcPr>
                  <w:tcW w:type="dxa" w:w="1944"/>
                </w:tcPr>
                <w:p>
                  <w:pPr>
                    <w:spacing w:after="0" w:before="0"/>
                  </w:pPr>
                  <w:r>
                    <w:rPr>
                      <w:b/>
                      <w:color w:val="1F2937"/>
                      <w:sz w:val="19"/>
                    </w:rPr>
                    <w:t>Payment terms</w:t>
                  </w:r>
                </w:p>
              </w:tc>
              <w:tc>
                <w:tcPr>
                  <w:tcW w:type="dxa" w:w="2376"/>
                  <w:tcBorders>
                    <w:bottom w:val="single" w:sz="4" w:color="D1D5DB"/>
                  </w:tcBorders>
                </w:tcPr>
                <w:p>
                  <w:pPr>
                    <w:spacing w:after="0" w:before="0"/>
                  </w:pPr>
                  <w:r>
                    <w:rPr>
                      <w:b w:val="0"/>
                      <w:color w:val="6B7280"/>
                      <w:sz w:val="19"/>
                    </w:rPr>
                    <w:t>[Net 30]</w:t>
                  </w:r>
                </w:p>
              </w:tc>
            </w:tr>
          </w:tbl>
          <w:p/>
        </w:tc>
      </w:tr>
    </w:tbl>
    <w:p>
      <w:pPr>
        <w:spacing w:after="0" w:before="0"/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D1D5DB"/>
          <w:left w:val="single" w:sz="4" w:color="D1D5DB"/>
          <w:bottom w:val="single" w:sz="4" w:color="D1D5DB"/>
          <w:right w:val="single" w:sz="4" w:color="D1D5DB"/>
          <w:insideH w:val="single" w:sz="4" w:color="D1D5DB"/>
          <w:insideV w:val="nil"/>
        </w:tblBorders>
      </w:tblPr>
      <w:tblGrid>
        <w:gridCol w:w="2102"/>
        <w:gridCol w:w="2102"/>
        <w:gridCol w:w="2102"/>
        <w:gridCol w:w="2102"/>
        <w:gridCol w:w="2102"/>
      </w:tblGrid>
      <w:tr>
        <w:trPr>
          <w:trHeight w:val="403" w:hRule="atLeast"/>
        </w:trPr>
        <w:tc>
          <w:tcPr>
            <w:tcW w:type="dxa" w:w="1728"/>
            <w:shd w:val="clear" w:color="auto" w:fill="1F2937"/>
          </w:tcPr>
          <w:p>
            <w:pPr>
              <w:spacing w:after="0" w:before="0"/>
            </w:pPr>
            <w:r>
              <w:rPr>
                <w:b/>
                <w:color w:val="FFFFFF"/>
                <w:sz w:val="16"/>
              </w:rPr>
              <w:t>ITEM OR SKU</w:t>
            </w:r>
          </w:p>
        </w:tc>
        <w:tc>
          <w:tcPr>
            <w:tcW w:type="dxa" w:w="4248"/>
            <w:shd w:val="clear" w:color="auto" w:fill="1F2937"/>
          </w:tcPr>
          <w:p>
            <w:pPr>
              <w:spacing w:after="0" w:before="0"/>
            </w:pPr>
            <w:r>
              <w:rPr>
                <w:b/>
                <w:color w:val="FFFFFF"/>
                <w:sz w:val="16"/>
              </w:rPr>
              <w:t>DESCRIPTION</w:t>
            </w:r>
          </w:p>
        </w:tc>
        <w:tc>
          <w:tcPr>
            <w:tcW w:type="dxa" w:w="1512"/>
            <w:shd w:val="clear" w:color="auto" w:fill="1F2937"/>
          </w:tcPr>
          <w:p>
            <w:pPr>
              <w:spacing w:after="0" w:before="0"/>
              <w:jc w:val="right"/>
            </w:pPr>
            <w:r>
              <w:rPr>
                <w:b/>
                <w:color w:val="FFFFFF"/>
                <w:sz w:val="16"/>
              </w:rPr>
              <w:t>QUANTITY</w:t>
            </w:r>
          </w:p>
        </w:tc>
        <w:tc>
          <w:tcPr>
            <w:tcW w:type="dxa" w:w="1512"/>
            <w:shd w:val="clear" w:color="auto" w:fill="1F2937"/>
          </w:tcPr>
          <w:p>
            <w:pPr>
              <w:spacing w:after="0" w:before="0"/>
              <w:jc w:val="right"/>
            </w:pPr>
            <w:r>
              <w:rPr>
                <w:b/>
                <w:color w:val="FFFFFF"/>
                <w:sz w:val="16"/>
              </w:rPr>
              <w:t>UNIT PRICE</w:t>
            </w:r>
          </w:p>
        </w:tc>
        <w:tc>
          <w:tcPr>
            <w:tcW w:type="dxa" w:w="1512"/>
            <w:shd w:val="clear" w:color="auto" w:fill="1F2937"/>
          </w:tcPr>
          <w:p>
            <w:pPr>
              <w:spacing w:after="0" w:before="0"/>
              <w:jc w:val="right"/>
            </w:pPr>
            <w:r>
              <w:rPr>
                <w:b/>
                <w:color w:val="FFFFFF"/>
                <w:sz w:val="16"/>
              </w:rPr>
              <w:t>AMOUNT</w:t>
            </w:r>
          </w:p>
        </w:tc>
      </w:tr>
      <w:tr>
        <w:trPr>
          <w:trHeight w:val="388" w:hRule="atLeast"/>
        </w:trPr>
        <w:tc>
          <w:tcPr>
            <w:tcW w:type="dxa" w:w="1728"/>
          </w:tcPr>
          <w:p/>
        </w:tc>
        <w:tc>
          <w:tcPr>
            <w:tcW w:type="dxa" w:w="4248"/>
          </w:tcPr>
          <w:p/>
        </w:tc>
        <w:tc>
          <w:tcPr>
            <w:tcW w:type="dxa" w:w="1512"/>
          </w:tcPr>
          <w:p/>
        </w:tc>
        <w:tc>
          <w:tcPr>
            <w:tcW w:type="dxa" w:w="1512"/>
          </w:tcPr>
          <w:p/>
        </w:tc>
        <w:tc>
          <w:tcPr>
            <w:tcW w:type="dxa" w:w="1512"/>
          </w:tcPr>
          <w:p/>
        </w:tc>
      </w:tr>
      <w:tr>
        <w:trPr>
          <w:trHeight w:val="388" w:hRule="atLeast"/>
        </w:trPr>
        <w:tc>
          <w:tcPr>
            <w:tcW w:type="dxa" w:w="1728"/>
            <w:shd w:val="clear" w:color="auto" w:fill="F3F4F6"/>
          </w:tcPr>
          <w:p/>
        </w:tc>
        <w:tc>
          <w:tcPr>
            <w:tcW w:type="dxa" w:w="4248"/>
            <w:shd w:val="clear" w:color="auto" w:fill="F3F4F6"/>
          </w:tcPr>
          <w:p/>
        </w:tc>
        <w:tc>
          <w:tcPr>
            <w:tcW w:type="dxa" w:w="1512"/>
            <w:shd w:val="clear" w:color="auto" w:fill="F3F4F6"/>
          </w:tcPr>
          <w:p/>
        </w:tc>
        <w:tc>
          <w:tcPr>
            <w:tcW w:type="dxa" w:w="1512"/>
            <w:shd w:val="clear" w:color="auto" w:fill="F3F4F6"/>
          </w:tcPr>
          <w:p/>
        </w:tc>
        <w:tc>
          <w:tcPr>
            <w:tcW w:type="dxa" w:w="1512"/>
            <w:shd w:val="clear" w:color="auto" w:fill="F3F4F6"/>
          </w:tcPr>
          <w:p/>
        </w:tc>
      </w:tr>
      <w:tr>
        <w:trPr>
          <w:trHeight w:val="388" w:hRule="atLeast"/>
        </w:trPr>
        <w:tc>
          <w:tcPr>
            <w:tcW w:type="dxa" w:w="1728"/>
          </w:tcPr>
          <w:p/>
        </w:tc>
        <w:tc>
          <w:tcPr>
            <w:tcW w:type="dxa" w:w="4248"/>
          </w:tcPr>
          <w:p/>
        </w:tc>
        <w:tc>
          <w:tcPr>
            <w:tcW w:type="dxa" w:w="1512"/>
          </w:tcPr>
          <w:p/>
        </w:tc>
        <w:tc>
          <w:tcPr>
            <w:tcW w:type="dxa" w:w="1512"/>
          </w:tcPr>
          <w:p/>
        </w:tc>
        <w:tc>
          <w:tcPr>
            <w:tcW w:type="dxa" w:w="1512"/>
          </w:tcPr>
          <w:p/>
        </w:tc>
      </w:tr>
      <w:tr>
        <w:trPr>
          <w:trHeight w:val="388" w:hRule="atLeast"/>
        </w:trPr>
        <w:tc>
          <w:tcPr>
            <w:tcW w:type="dxa" w:w="1728"/>
            <w:shd w:val="clear" w:color="auto" w:fill="F3F4F6"/>
          </w:tcPr>
          <w:p/>
        </w:tc>
        <w:tc>
          <w:tcPr>
            <w:tcW w:type="dxa" w:w="4248"/>
            <w:shd w:val="clear" w:color="auto" w:fill="F3F4F6"/>
          </w:tcPr>
          <w:p/>
        </w:tc>
        <w:tc>
          <w:tcPr>
            <w:tcW w:type="dxa" w:w="1512"/>
            <w:shd w:val="clear" w:color="auto" w:fill="F3F4F6"/>
          </w:tcPr>
          <w:p/>
        </w:tc>
        <w:tc>
          <w:tcPr>
            <w:tcW w:type="dxa" w:w="1512"/>
            <w:shd w:val="clear" w:color="auto" w:fill="F3F4F6"/>
          </w:tcPr>
          <w:p/>
        </w:tc>
        <w:tc>
          <w:tcPr>
            <w:tcW w:type="dxa" w:w="1512"/>
            <w:shd w:val="clear" w:color="auto" w:fill="F3F4F6"/>
          </w:tcPr>
          <w:p/>
        </w:tc>
      </w:tr>
      <w:tr>
        <w:trPr>
          <w:trHeight w:val="388" w:hRule="atLeast"/>
        </w:trPr>
        <w:tc>
          <w:tcPr>
            <w:tcW w:type="dxa" w:w="1728"/>
          </w:tcPr>
          <w:p/>
        </w:tc>
        <w:tc>
          <w:tcPr>
            <w:tcW w:type="dxa" w:w="4248"/>
          </w:tcPr>
          <w:p/>
        </w:tc>
        <w:tc>
          <w:tcPr>
            <w:tcW w:type="dxa" w:w="1512"/>
          </w:tcPr>
          <w:p/>
        </w:tc>
        <w:tc>
          <w:tcPr>
            <w:tcW w:type="dxa" w:w="1512"/>
          </w:tcPr>
          <w:p/>
        </w:tc>
        <w:tc>
          <w:tcPr>
            <w:tcW w:type="dxa" w:w="1512"/>
          </w:tcPr>
          <w:p/>
        </w:tc>
      </w:tr>
      <w:tr>
        <w:trPr>
          <w:trHeight w:val="388" w:hRule="atLeast"/>
        </w:trPr>
        <w:tc>
          <w:tcPr>
            <w:tcW w:type="dxa" w:w="1728"/>
            <w:shd w:val="clear" w:color="auto" w:fill="F3F4F6"/>
          </w:tcPr>
          <w:p/>
        </w:tc>
        <w:tc>
          <w:tcPr>
            <w:tcW w:type="dxa" w:w="4248"/>
            <w:shd w:val="clear" w:color="auto" w:fill="F3F4F6"/>
          </w:tcPr>
          <w:p/>
        </w:tc>
        <w:tc>
          <w:tcPr>
            <w:tcW w:type="dxa" w:w="1512"/>
            <w:shd w:val="clear" w:color="auto" w:fill="F3F4F6"/>
          </w:tcPr>
          <w:p/>
        </w:tc>
        <w:tc>
          <w:tcPr>
            <w:tcW w:type="dxa" w:w="1512"/>
            <w:shd w:val="clear" w:color="auto" w:fill="F3F4F6"/>
          </w:tcPr>
          <w:p/>
        </w:tc>
        <w:tc>
          <w:tcPr>
            <w:tcW w:type="dxa" w:w="1512"/>
            <w:shd w:val="clear" w:color="auto" w:fill="F3F4F6"/>
          </w:tcPr>
          <w:p/>
        </w:tc>
      </w:tr>
      <w:tr>
        <w:trPr>
          <w:trHeight w:val="388" w:hRule="atLeast"/>
        </w:trPr>
        <w:tc>
          <w:tcPr>
            <w:tcW w:type="dxa" w:w="1728"/>
          </w:tcPr>
          <w:p/>
        </w:tc>
        <w:tc>
          <w:tcPr>
            <w:tcW w:type="dxa" w:w="4248"/>
          </w:tcPr>
          <w:p/>
        </w:tc>
        <w:tc>
          <w:tcPr>
            <w:tcW w:type="dxa" w:w="1512"/>
          </w:tcPr>
          <w:p/>
        </w:tc>
        <w:tc>
          <w:tcPr>
            <w:tcW w:type="dxa" w:w="1512"/>
          </w:tcPr>
          <w:p/>
        </w:tc>
        <w:tc>
          <w:tcPr>
            <w:tcW w:type="dxa" w:w="1512"/>
          </w:tcPr>
          <w:p/>
        </w:tc>
      </w:tr>
      <w:tr>
        <w:trPr>
          <w:trHeight w:val="388" w:hRule="atLeast"/>
        </w:trPr>
        <w:tc>
          <w:tcPr>
            <w:tcW w:type="dxa" w:w="1728"/>
            <w:shd w:val="clear" w:color="auto" w:fill="F3F4F6"/>
          </w:tcPr>
          <w:p/>
        </w:tc>
        <w:tc>
          <w:tcPr>
            <w:tcW w:type="dxa" w:w="4248"/>
            <w:shd w:val="clear" w:color="auto" w:fill="F3F4F6"/>
          </w:tcPr>
          <w:p/>
        </w:tc>
        <w:tc>
          <w:tcPr>
            <w:tcW w:type="dxa" w:w="1512"/>
            <w:shd w:val="clear" w:color="auto" w:fill="F3F4F6"/>
          </w:tcPr>
          <w:p/>
        </w:tc>
        <w:tc>
          <w:tcPr>
            <w:tcW w:type="dxa" w:w="1512"/>
            <w:shd w:val="clear" w:color="auto" w:fill="F3F4F6"/>
          </w:tcPr>
          <w:p/>
        </w:tc>
        <w:tc>
          <w:tcPr>
            <w:tcW w:type="dxa" w:w="1512"/>
            <w:shd w:val="clear" w:color="auto" w:fill="F3F4F6"/>
          </w:tcPr>
          <w:p/>
        </w:tc>
      </w:tr>
      <w:tr>
        <w:trPr>
          <w:trHeight w:val="388" w:hRule="atLeast"/>
        </w:trPr>
        <w:tc>
          <w:tcPr>
            <w:tcW w:type="dxa" w:w="1728"/>
          </w:tcPr>
          <w:p/>
        </w:tc>
        <w:tc>
          <w:tcPr>
            <w:tcW w:type="dxa" w:w="4248"/>
          </w:tcPr>
          <w:p/>
        </w:tc>
        <w:tc>
          <w:tcPr>
            <w:tcW w:type="dxa" w:w="1512"/>
          </w:tcPr>
          <w:p/>
        </w:tc>
        <w:tc>
          <w:tcPr>
            <w:tcW w:type="dxa" w:w="1512"/>
          </w:tcPr>
          <w:p/>
        </w:tc>
        <w:tc>
          <w:tcPr>
            <w:tcW w:type="dxa" w:w="1512"/>
          </w:tcPr>
          <w:p/>
        </w:tc>
      </w:tr>
      <w:tr>
        <w:trPr>
          <w:trHeight w:val="388" w:hRule="atLeast"/>
        </w:trPr>
        <w:tc>
          <w:tcPr>
            <w:tcW w:type="dxa" w:w="1728"/>
            <w:shd w:val="clear" w:color="auto" w:fill="F3F4F6"/>
          </w:tcPr>
          <w:p/>
        </w:tc>
        <w:tc>
          <w:tcPr>
            <w:tcW w:type="dxa" w:w="4248"/>
            <w:shd w:val="clear" w:color="auto" w:fill="F3F4F6"/>
          </w:tcPr>
          <w:p/>
        </w:tc>
        <w:tc>
          <w:tcPr>
            <w:tcW w:type="dxa" w:w="1512"/>
            <w:shd w:val="clear" w:color="auto" w:fill="F3F4F6"/>
          </w:tcPr>
          <w:p/>
        </w:tc>
        <w:tc>
          <w:tcPr>
            <w:tcW w:type="dxa" w:w="1512"/>
            <w:shd w:val="clear" w:color="auto" w:fill="F3F4F6"/>
          </w:tcPr>
          <w:p/>
        </w:tc>
        <w:tc>
          <w:tcPr>
            <w:tcW w:type="dxa" w:w="1512"/>
            <w:shd w:val="clear" w:color="auto" w:fill="F3F4F6"/>
          </w:tcPr>
          <w:p/>
        </w:tc>
      </w:tr>
    </w:tbl>
    <w:p>
      <w:pPr>
        <w:spacing w:after="0" w:before="0"/>
      </w:pP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256"/>
        <w:gridCol w:w="5256"/>
      </w:tblGrid>
      <w:tr>
        <w:tc>
          <w:tcPr>
            <w:tcW w:type="dxa" w:w="5904"/>
          </w:tcPr>
          <w:p>
            <w:pPr>
              <w:spacing w:after="60" w:before="0"/>
            </w:pPr>
            <w:r>
              <w:rPr>
                <w:b/>
                <w:color w:val="C04E06"/>
                <w:sz w:val="16"/>
              </w:rPr>
              <w:t>DELIVERY INSTRUCTIONS AND TERMS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single" w:sz="4" w:color="D1D5DB"/>
                <w:left w:val="single" w:sz="4" w:color="D1D5DB"/>
                <w:bottom w:val="single" w:sz="4" w:color="D1D5DB"/>
                <w:right w:val="single" w:sz="4" w:color="D1D5DB"/>
                <w:insideH w:val="single" w:sz="4" w:color="D1D5DB"/>
                <w:insideV w:val="nil"/>
              </w:tblBorders>
            </w:tblPr>
            <w:tblGrid>
              <w:gridCol w:w="5904"/>
            </w:tblGrid>
            <w:tr>
              <w:trPr>
                <w:trHeight w:val="1584" w:hRule="atLeast"/>
              </w:trPr>
              <w:tc>
                <w:tcPr>
                  <w:tcW w:type="dxa" w:w="5472"/>
                </w:tcPr>
                <w:p/>
              </w:tc>
            </w:tr>
          </w:tbl>
          <w:p/>
        </w:tc>
        <w:tc>
          <w:tcPr>
            <w:tcW w:type="dxa" w:w="4608"/>
          </w:tcPr>
          <w:p>
            <w:pPr>
              <w:spacing w:after="0"/>
            </w:pP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2304"/>
              <w:gridCol w:w="2304"/>
            </w:tblGrid>
            <w:tr>
              <w:trPr>
                <w:trHeight w:val="388" w:hRule="atLeast"/>
              </w:trPr>
              <w:tc>
                <w:tcPr>
                  <w:tcW w:type="dxa" w:w="2592"/>
                  <w:tcBorders>
                    <w:bottom w:val="single" w:sz="4" w:color="D1D5DB"/>
                  </w:tcBorders>
                </w:tcPr>
                <w:p>
                  <w:pPr>
                    <w:spacing w:after="0" w:before="0"/>
                  </w:pPr>
                  <w:r>
                    <w:rPr>
                      <w:b w:val="0"/>
                      <w:color w:val="1F2937"/>
                      <w:sz w:val="19"/>
                    </w:rPr>
                    <w:t>Subtotal</w:t>
                  </w:r>
                </w:p>
              </w:tc>
              <w:tc>
                <w:tcPr>
                  <w:tcW w:type="dxa" w:w="1728"/>
                  <w:tcBorders>
                    <w:bottom w:val="single" w:sz="4" w:color="D1D5DB"/>
                  </w:tcBorders>
                </w:tcPr>
                <w:p>
                  <w:pPr>
                    <w:spacing w:after="0" w:before="0"/>
                    <w:jc w:val="right"/>
                  </w:pPr>
                </w:p>
              </w:tc>
            </w:tr>
            <w:tr>
              <w:trPr>
                <w:trHeight w:val="388" w:hRule="atLeast"/>
              </w:trPr>
              <w:tc>
                <w:tcPr>
                  <w:tcW w:type="dxa" w:w="2592"/>
                  <w:tcBorders>
                    <w:bottom w:val="single" w:sz="4" w:color="D1D5DB"/>
                  </w:tcBorders>
                </w:tcPr>
                <w:p>
                  <w:pPr>
                    <w:spacing w:after="0" w:before="0"/>
                  </w:pPr>
                  <w:r>
                    <w:rPr>
                      <w:b w:val="0"/>
                      <w:color w:val="1F2937"/>
                      <w:sz w:val="19"/>
                    </w:rPr>
                    <w:t>Tax rate</w:t>
                  </w:r>
                </w:p>
              </w:tc>
              <w:tc>
                <w:tcPr>
                  <w:tcW w:type="dxa" w:w="1728"/>
                  <w:tcBorders>
                    <w:bottom w:val="single" w:sz="4" w:color="D1D5DB"/>
                  </w:tcBorders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b w:val="0"/>
                      <w:color w:val="6B7280"/>
                      <w:sz w:val="19"/>
                    </w:rPr>
                    <w:t>____ %</w:t>
                  </w:r>
                </w:p>
              </w:tc>
            </w:tr>
            <w:tr>
              <w:trPr>
                <w:trHeight w:val="388" w:hRule="atLeast"/>
              </w:trPr>
              <w:tc>
                <w:tcPr>
                  <w:tcW w:type="dxa" w:w="2592"/>
                  <w:tcBorders>
                    <w:bottom w:val="single" w:sz="4" w:color="D1D5DB"/>
                  </w:tcBorders>
                </w:tcPr>
                <w:p>
                  <w:pPr>
                    <w:spacing w:after="0" w:before="0"/>
                  </w:pPr>
                  <w:r>
                    <w:rPr>
                      <w:b w:val="0"/>
                      <w:color w:val="1F2937"/>
                      <w:sz w:val="19"/>
                    </w:rPr>
                    <w:t>Tax</w:t>
                  </w:r>
                </w:p>
              </w:tc>
              <w:tc>
                <w:tcPr>
                  <w:tcW w:type="dxa" w:w="1728"/>
                  <w:tcBorders>
                    <w:bottom w:val="single" w:sz="4" w:color="D1D5DB"/>
                  </w:tcBorders>
                </w:tcPr>
                <w:p>
                  <w:pPr>
                    <w:spacing w:after="0" w:before="0"/>
                    <w:jc w:val="right"/>
                  </w:pPr>
                </w:p>
              </w:tc>
            </w:tr>
            <w:tr>
              <w:trPr>
                <w:trHeight w:val="388" w:hRule="atLeast"/>
              </w:trPr>
              <w:tc>
                <w:tcPr>
                  <w:tcW w:type="dxa" w:w="2592"/>
                  <w:tcBorders>
                    <w:bottom w:val="single" w:sz="4" w:color="D1D5DB"/>
                  </w:tcBorders>
                </w:tcPr>
                <w:p>
                  <w:pPr>
                    <w:spacing w:after="0" w:before="0"/>
                  </w:pPr>
                  <w:r>
                    <w:rPr>
                      <w:b w:val="0"/>
                      <w:color w:val="1F2937"/>
                      <w:sz w:val="19"/>
                    </w:rPr>
                    <w:t>Shipping</w:t>
                  </w:r>
                </w:p>
              </w:tc>
              <w:tc>
                <w:tcPr>
                  <w:tcW w:type="dxa" w:w="1728"/>
                  <w:tcBorders>
                    <w:bottom w:val="single" w:sz="4" w:color="D1D5DB"/>
                  </w:tcBorders>
                </w:tcPr>
                <w:p>
                  <w:pPr>
                    <w:spacing w:after="0" w:before="0"/>
                    <w:jc w:val="right"/>
                  </w:pPr>
                </w:p>
              </w:tc>
            </w:tr>
            <w:tr>
              <w:trPr>
                <w:trHeight w:val="388" w:hRule="atLeast"/>
              </w:trPr>
              <w:tc>
                <w:tcPr>
                  <w:tcW w:type="dxa" w:w="2592"/>
                </w:tcPr>
                <w:p>
                  <w:pPr>
                    <w:spacing w:after="0" w:before="0"/>
                  </w:pPr>
                  <w:r>
                    <w:rPr>
                      <w:b/>
                      <w:color w:val="1F2937"/>
                      <w:sz w:val="22"/>
                    </w:rPr>
                    <w:t>Order total</w:t>
                  </w:r>
                </w:p>
              </w:tc>
              <w:tc>
                <w:tcPr>
                  <w:tcW w:type="dxa" w:w="1728"/>
                </w:tcPr>
                <w:p>
                  <w:pPr>
                    <w:spacing w:after="0" w:before="0"/>
                    <w:jc w:val="right"/>
                  </w:pPr>
                </w:p>
              </w:tc>
            </w:tr>
          </w:tbl>
          <w:p/>
        </w:tc>
      </w:tr>
    </w:tbl>
    <w:p>
      <w:pPr>
        <w:spacing w:after="0" w:before="0"/>
      </w:pP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504"/>
        <w:gridCol w:w="3504"/>
        <w:gridCol w:w="3504"/>
      </w:tblGrid>
      <w:tr>
        <w:trPr>
          <w:trHeight w:val="576" w:hRule="atLeast"/>
        </w:trPr>
        <w:tc>
          <w:tcPr>
            <w:tcW w:type="dxa" w:w="6048"/>
            <w:tcBorders>
              <w:bottom w:val="single" w:sz="4" w:color="1F2937"/>
            </w:tcBorders>
          </w:tcPr>
          <w:p/>
        </w:tc>
        <w:tc>
          <w:tcPr>
            <w:tcW w:type="dxa" w:w="720"/>
          </w:tcPr>
          <w:p/>
        </w:tc>
        <w:tc>
          <w:tcPr>
            <w:tcW w:type="dxa" w:w="3744"/>
            <w:tcBorders>
              <w:bottom w:val="single" w:sz="4" w:color="1F2937"/>
            </w:tcBorders>
          </w:tcPr>
          <w:p/>
        </w:tc>
      </w:tr>
      <w:tr>
        <w:tc>
          <w:tcPr>
            <w:tcW w:type="dxa" w:w="6048"/>
          </w:tcPr>
          <w:p>
            <w:pPr>
              <w:spacing w:after="0" w:before="0"/>
            </w:pPr>
            <w:r>
              <w:rPr>
                <w:b w:val="0"/>
                <w:color w:val="6B7280"/>
                <w:sz w:val="17"/>
              </w:rPr>
              <w:t>Authorized by</w:t>
            </w:r>
          </w:p>
        </w:tc>
        <w:tc>
          <w:tcPr>
            <w:tcW w:type="dxa" w:w="720"/>
          </w:tcPr>
          <w:p/>
        </w:tc>
        <w:tc>
          <w:tcPr>
            <w:tcW w:type="dxa" w:w="3744"/>
          </w:tcPr>
          <w:p>
            <w:pPr>
              <w:spacing w:after="0" w:before="0"/>
            </w:pPr>
            <w:r>
              <w:rPr>
                <w:b w:val="0"/>
                <w:color w:val="6B7280"/>
                <w:sz w:val="17"/>
              </w:rPr>
              <w:t>Date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792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CA3AF"/>
        <w:sz w:val="16"/>
      </w:rPr>
      <w:t>Made with InvoiceTools, invoicetools.com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Blank purchase order template</dc:title>
  <dc:subject/>
  <dc:creator>InvoiceTools</dc:creator>
  <cp:keywords/>
  <dc:description>Made with InvoiceTools, invoicetools.com</dc:description>
  <cp:lastModifiedBy>InvoiceTools</cp:lastModifiedBy>
  <cp:revision>1</cp:revision>
  <dcterms:created xsi:type="dcterms:W3CDTF">2026-01-01T00:00:00Z</dcterms:created>
  <dcterms:modified xsi:type="dcterms:W3CDTF">2026-01-01T00:00:00Z</dcterms:modified>
  <cp:category/>
</cp:coreProperties>
</file>