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48"/>
              </w:rPr>
              <w:t>QUOTE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PREPARED FOR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532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664"/>
              <w:gridCol w:w="2664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Quote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Quote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Valid until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SCOPE, TERMS AND EXCLUSIONS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1584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Quote total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rPr>
          <w:trHeight w:val="576" w:hRule="atLeast"/>
        </w:trPr>
        <w:tc>
          <w:tcPr>
            <w:tcW w:type="dxa" w:w="6048"/>
            <w:tcBorders>
              <w:bottom w:val="single" w:sz="4" w:color="1F2937"/>
            </w:tcBorders>
          </w:tcPr>
          <w:p/>
        </w:tc>
        <w:tc>
          <w:tcPr>
            <w:tcW w:type="dxa" w:w="720"/>
          </w:tcPr>
          <w:p/>
        </w:tc>
        <w:tc>
          <w:tcPr>
            <w:tcW w:type="dxa" w:w="3744"/>
            <w:tcBorders>
              <w:bottom w:val="single" w:sz="4" w:color="1F2937"/>
            </w:tcBorders>
          </w:tcPr>
          <w:p/>
        </w:tc>
      </w:tr>
      <w:tr>
        <w:tc>
          <w:tcPr>
            <w:tcW w:type="dxa" w:w="6048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Accepted by</w:t>
            </w:r>
          </w:p>
        </w:tc>
        <w:tc>
          <w:tcPr>
            <w:tcW w:type="dxa" w:w="720"/>
          </w:tcPr>
          <w:p/>
        </w:tc>
        <w:tc>
          <w:tcPr>
            <w:tcW w:type="dxa" w:w="3744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quote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