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6048"/>
          </w:tcPr>
          <w:p>
            <w:pPr>
              <w:spacing w:after="40" w:before="0"/>
            </w:pPr>
            <w:r>
              <w:rPr>
                <w:b/>
                <w:color w:val="1F2937"/>
                <w:sz w:val="28"/>
              </w:rPr>
              <w:t>[Your business 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[Phone]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[Email]</w:t>
            </w:r>
          </w:p>
        </w:tc>
        <w:tc>
          <w:tcPr>
            <w:tcW w:type="dxa" w:w="4464"/>
          </w:tcPr>
          <w:p>
            <w:pPr>
              <w:spacing w:after="40" w:before="0"/>
              <w:jc w:val="right"/>
            </w:pPr>
            <w:r>
              <w:rPr>
                <w:b/>
                <w:color w:val="1F2937"/>
                <w:sz w:val="38"/>
              </w:rPr>
              <w:t>WORK ORDER</w:t>
            </w:r>
          </w:p>
          <w:p>
            <w:pPr>
              <w:spacing w:after="0" w:before="0"/>
              <w:jc w:val="right"/>
            </w:pPr>
            <w:r>
              <w:rPr>
                <w:color w:val="C04E06"/>
                <w:sz w:val="8"/>
              </w:rPr>
              <w:t>██████</w:t>
            </w:r>
          </w:p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CUSTOMER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[Name]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[Company]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[Street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[Email or phone]</w:t>
            </w:r>
          </w:p>
        </w:tc>
        <w:tc>
          <w:tcPr>
            <w:tcW w:type="dxa" w:w="3168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JOB SITE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[Site or job address]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[City, state ZIP]</w:t>
            </w:r>
          </w:p>
          <w:p>
            <w:pPr>
              <w:spacing w:after="0" w:before="0"/>
            </w:pPr>
            <w:r>
              <w:rPr>
                <w:b w:val="0"/>
                <w:color w:val="6B7280"/>
                <w:sz w:val="19"/>
              </w:rPr>
              <w:t>[Site contact and phone]</w:t>
            </w:r>
          </w:p>
        </w:tc>
        <w:tc>
          <w:tcPr>
            <w:tcW w:type="dxa" w:w="4176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88"/>
              <w:gridCol w:w="2088"/>
            </w:tblGrid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Work order number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[Number]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Date issued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Scheduled date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[MM/DD/YYYY]</w:t>
                  </w:r>
                </w:p>
              </w:tc>
            </w:tr>
            <w:tr>
              <w:tc>
                <w:tcPr>
                  <w:tcW w:type="dxa" w:w="1944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19"/>
                    </w:rPr>
                    <w:t>Assigned to</w:t>
                  </w:r>
                </w:p>
              </w:tc>
              <w:tc>
                <w:tcPr>
                  <w:tcW w:type="dxa" w:w="2376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6B7280"/>
                      <w:sz w:val="19"/>
                    </w:rPr>
                    <w:t>[Technician or crew]</w:t>
                  </w:r>
                </w:p>
              </w:tc>
            </w:tr>
          </w:tbl>
          <w:p/>
        </w:tc>
      </w:tr>
    </w:tbl>
    <w:p>
      <w:pPr>
        <w:spacing w:after="0" w:before="0"/>
      </w:pPr>
    </w:p>
    <w:p>
      <w:pPr>
        <w:spacing w:after="60" w:before="0"/>
      </w:pPr>
      <w:r>
        <w:rPr>
          <w:b/>
          <w:color w:val="1F2937"/>
          <w:sz w:val="17"/>
        </w:rPr>
        <w:t>TASKS AND LABOR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TASK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HOURS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LABOR RATE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p>
      <w:pPr>
        <w:spacing w:after="60" w:before="0"/>
      </w:pPr>
      <w:r>
        <w:rPr>
          <w:b/>
          <w:color w:val="1F2937"/>
          <w:sz w:val="17"/>
        </w:rPr>
        <w:t>PARTS AND MATERIALS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nil"/>
        </w:tblBorders>
      </w:tblPr>
      <w:tblGrid>
        <w:gridCol w:w="2628"/>
        <w:gridCol w:w="2628"/>
        <w:gridCol w:w="2628"/>
        <w:gridCol w:w="2628"/>
      </w:tblGrid>
      <w:tr>
        <w:trPr>
          <w:trHeight w:val="403" w:hRule="atLeast"/>
        </w:trPr>
        <w:tc>
          <w:tcPr>
            <w:tcW w:type="dxa" w:w="5976"/>
            <w:shd w:val="clear" w:color="auto" w:fill="1F2937"/>
          </w:tcPr>
          <w:p>
            <w:pPr>
              <w:spacing w:after="0" w:before="0"/>
            </w:pPr>
            <w:r>
              <w:rPr>
                <w:b/>
                <w:color w:val="FFFFFF"/>
                <w:sz w:val="16"/>
              </w:rPr>
              <w:t>PART OR MATERIAL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QUANTITY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UNIT COST</w:t>
            </w:r>
          </w:p>
        </w:tc>
        <w:tc>
          <w:tcPr>
            <w:tcW w:type="dxa" w:w="1512"/>
            <w:shd w:val="clear" w:color="auto" w:fill="1F2937"/>
          </w:tcPr>
          <w:p>
            <w:pPr>
              <w:spacing w:after="0" w:before="0"/>
              <w:jc w:val="right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  <w:tr>
        <w:trPr>
          <w:trHeight w:val="388" w:hRule="atLeast"/>
        </w:trPr>
        <w:tc>
          <w:tcPr>
            <w:tcW w:type="dxa" w:w="5976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388" w:hRule="atLeast"/>
        </w:trPr>
        <w:tc>
          <w:tcPr>
            <w:tcW w:type="dxa" w:w="5976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  <w:tc>
          <w:tcPr>
            <w:tcW w:type="dxa" w:w="1512"/>
            <w:shd w:val="clear" w:color="auto" w:fill="F3F4F6"/>
          </w:tcPr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256"/>
        <w:gridCol w:w="5256"/>
      </w:tblGrid>
      <w:tr>
        <w:tc>
          <w:tcPr>
            <w:tcW w:type="dxa" w:w="5904"/>
          </w:tcPr>
          <w:p>
            <w:pPr>
              <w:spacing w:after="60" w:before="0"/>
            </w:pPr>
            <w:r>
              <w:rPr>
                <w:b/>
                <w:color w:val="C04E06"/>
                <w:sz w:val="16"/>
              </w:rPr>
              <w:t>WORK PERFORMED AND NOTES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D1D5DB"/>
                <w:left w:val="single" w:sz="4" w:color="D1D5DB"/>
                <w:bottom w:val="single" w:sz="4" w:color="D1D5DB"/>
                <w:right w:val="single" w:sz="4" w:color="D1D5DB"/>
                <w:insideH w:val="single" w:sz="4" w:color="D1D5DB"/>
                <w:insideV w:val="nil"/>
              </w:tblBorders>
            </w:tblPr>
            <w:tblGrid>
              <w:gridCol w:w="5904"/>
            </w:tblGrid>
            <w:tr>
              <w:trPr>
                <w:trHeight w:val="1584" w:hRule="atLeast"/>
              </w:trPr>
              <w:tc>
                <w:tcPr>
                  <w:tcW w:type="dxa" w:w="5472"/>
                </w:tcPr>
                <w:p/>
              </w:tc>
            </w:tr>
          </w:tbl>
          <w:p/>
        </w:tc>
        <w:tc>
          <w:tcPr>
            <w:tcW w:type="dxa" w:w="4608"/>
          </w:tcPr>
          <w:p>
            <w:pPr>
              <w:spacing w:after="0"/>
            </w:pP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304"/>
              <w:gridCol w:w="2304"/>
            </w:tblGrid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Labor 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Parts subtotal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 rate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b w:val="0"/>
                      <w:color w:val="6B7280"/>
                      <w:sz w:val="19"/>
                    </w:rPr>
                    <w:t>____ %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</w:pPr>
                  <w:r>
                    <w:rPr>
                      <w:b w:val="0"/>
                      <w:color w:val="1F2937"/>
                      <w:sz w:val="19"/>
                    </w:rPr>
                    <w:t>Tax</w:t>
                  </w:r>
                </w:p>
              </w:tc>
              <w:tc>
                <w:tcPr>
                  <w:tcW w:type="dxa" w:w="1728"/>
                  <w:tcBorders>
                    <w:bottom w:val="single" w:sz="4" w:color="D1D5DB"/>
                  </w:tcBorders>
                </w:tcPr>
                <w:p>
                  <w:pPr>
                    <w:spacing w:after="0" w:before="0"/>
                    <w:jc w:val="right"/>
                  </w:pP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592"/>
                </w:tcPr>
                <w:p>
                  <w:pPr>
                    <w:spacing w:after="0" w:before="0"/>
                  </w:pPr>
                  <w:r>
                    <w:rPr>
                      <w:b/>
                      <w:color w:val="1F2937"/>
                      <w:sz w:val="22"/>
                    </w:rPr>
                    <w:t>Total</w:t>
                  </w:r>
                </w:p>
              </w:tc>
              <w:tc>
                <w:tcPr>
                  <w:tcW w:type="dxa" w:w="1728"/>
                </w:tcPr>
                <w:p>
                  <w:pPr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spacing w:after="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rPr>
          <w:trHeight w:val="576" w:hRule="atLeast"/>
        </w:trPr>
        <w:tc>
          <w:tcPr>
            <w:tcW w:type="dxa" w:w="6048"/>
            <w:tcBorders>
              <w:bottom w:val="single" w:sz="4" w:color="1F2937"/>
            </w:tcBorders>
          </w:tcPr>
          <w:p/>
        </w:tc>
        <w:tc>
          <w:tcPr>
            <w:tcW w:type="dxa" w:w="720"/>
          </w:tcPr>
          <w:p/>
        </w:tc>
        <w:tc>
          <w:tcPr>
            <w:tcW w:type="dxa" w:w="3744"/>
            <w:tcBorders>
              <w:bottom w:val="single" w:sz="4" w:color="1F2937"/>
            </w:tcBorders>
          </w:tcPr>
          <w:p/>
        </w:tc>
      </w:tr>
      <w:tr>
        <w:tc>
          <w:tcPr>
            <w:tcW w:type="dxa" w:w="6048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Work completed and approved by</w:t>
            </w:r>
          </w:p>
        </w:tc>
        <w:tc>
          <w:tcPr>
            <w:tcW w:type="dxa" w:w="720"/>
          </w:tcPr>
          <w:p/>
        </w:tc>
        <w:tc>
          <w:tcPr>
            <w:tcW w:type="dxa" w:w="3744"/>
          </w:tcPr>
          <w:p>
            <w:pPr>
              <w:spacing w:after="0" w:before="0"/>
            </w:pPr>
            <w:r>
              <w:rPr>
                <w:b w:val="0"/>
                <w:color w:val="6B7280"/>
                <w:sz w:val="17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>Made with InvoiceTools, invoicetools.com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work order template</dc:title>
  <dc:subject/>
  <dc:creator>InvoiceTools</dc:creator>
  <cp:keywords/>
  <dc:description>Made with InvoiceTools, invoicetools.com</dc:description>
  <cp:lastModifiedBy>InvoiceTools</cp:lastModifiedBy>
  <cp:revision>1</cp:revision>
  <dcterms:created xsi:type="dcterms:W3CDTF">2026-01-01T00:00:00Z</dcterms:created>
  <dcterms:modified xsi:type="dcterms:W3CDTF">2026-01-01T00:00:00Z</dcterms:modified>
  <cp:category/>
</cp:coreProperties>
</file>