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PACKING SLIP</w:t>
      </w:r>
    </w:p>
    <w:p>
      <w:r>
        <w:rPr>
          <w:i/>
          <w:color w:val="52525B"/>
          <w:sz w:val="18"/>
        </w:rPr>
        <w:t>No prices on this document. It travels with the goods.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448"/>
            <w:shd w:val="clear" w:color="auto" w:fill="F4F4F0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52525B"/>
                <w:sz w:val="18"/>
              </w:rPr>
              <w:t>From (business name)</w:t>
            </w:r>
          </w:p>
        </w:tc>
        <w:tc>
          <w:tcPr>
            <w:tcW w:type="dxa" w:w="273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2304"/>
            <w:shd w:val="clear" w:color="auto" w:fill="F4F4F0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52525B"/>
                <w:sz w:val="18"/>
              </w:rPr>
              <w:t>Packing slip number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448"/>
            <w:shd w:val="clear" w:color="auto" w:fill="F4F4F0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52525B"/>
                <w:sz w:val="18"/>
              </w:rPr>
              <w:t>Business address</w:t>
            </w:r>
          </w:p>
        </w:tc>
        <w:tc>
          <w:tcPr>
            <w:tcW w:type="dxa" w:w="273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2304"/>
            <w:shd w:val="clear" w:color="auto" w:fill="F4F4F0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52525B"/>
                <w:sz w:val="18"/>
              </w:rPr>
              <w:t>Ship date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448"/>
            <w:shd w:val="clear" w:color="auto" w:fill="F4F4F0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52525B"/>
                <w:sz w:val="18"/>
              </w:rPr>
              <w:t>Ship to (customer)</w:t>
            </w:r>
          </w:p>
        </w:tc>
        <w:tc>
          <w:tcPr>
            <w:tcW w:type="dxa" w:w="273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2304"/>
            <w:shd w:val="clear" w:color="auto" w:fill="F4F4F0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52525B"/>
                <w:sz w:val="18"/>
              </w:rPr>
              <w:t>Carrier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448"/>
            <w:shd w:val="clear" w:color="auto" w:fill="F4F4F0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52525B"/>
                <w:sz w:val="18"/>
              </w:rPr>
              <w:t>Delivery address</w:t>
            </w:r>
          </w:p>
        </w:tc>
        <w:tc>
          <w:tcPr>
            <w:tcW w:type="dxa" w:w="273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2304"/>
            <w:shd w:val="clear" w:color="auto" w:fill="F4F4F0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52525B"/>
                <w:sz w:val="18"/>
              </w:rPr>
              <w:t>Tracking number (optional)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448"/>
            <w:shd w:val="clear" w:color="auto" w:fill="F4F4F0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52525B"/>
                <w:sz w:val="18"/>
              </w:rPr>
              <w:t>Attention (name at the door)</w:t>
            </w:r>
          </w:p>
        </w:tc>
        <w:tc>
          <w:tcPr>
            <w:tcW w:type="dxa" w:w="273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2304"/>
            <w:shd w:val="clear" w:color="auto" w:fill="F4F4F0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52525B"/>
                <w:sz w:val="18"/>
              </w:rPr>
              <w:t>Number of boxes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448"/>
            <w:shd w:val="clear" w:color="auto" w:fill="F4F4F0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52525B"/>
                <w:sz w:val="18"/>
              </w:rPr>
              <w:t>Customer order number</w:t>
            </w:r>
          </w:p>
        </w:tc>
        <w:tc>
          <w:tcPr>
            <w:tcW w:type="dxa" w:w="273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2304"/>
            <w:shd w:val="clear" w:color="auto" w:fill="F4F4F0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52525B"/>
                <w:sz w:val="18"/>
              </w:rPr>
              <w:t>Total weight (optional)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p>
      <w:pPr>
        <w:spacing w:before="120"/>
      </w:pPr>
      <w:r>
        <w:rPr>
          <w:sz w:val="18"/>
        </w:rPr>
        <w:t>Stage (delete the ones that do not apply):  Packed   /   Shipped   /   Delivered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c>
          <w:tcPr>
            <w:tcW w:type="dxa" w:w="504"/>
            <w:shd w:val="clear" w:color="auto" w:fill="1F2937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#</w:t>
            </w:r>
          </w:p>
        </w:tc>
        <w:tc>
          <w:tcPr>
            <w:tcW w:type="dxa" w:w="4176"/>
            <w:shd w:val="clear" w:color="auto" w:fill="1F2937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Item</w:t>
            </w:r>
          </w:p>
        </w:tc>
        <w:tc>
          <w:tcPr>
            <w:tcW w:type="dxa" w:w="1440"/>
            <w:shd w:val="clear" w:color="auto" w:fill="1F2937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SKU</w:t>
            </w:r>
          </w:p>
        </w:tc>
        <w:tc>
          <w:tcPr>
            <w:tcW w:type="dxa" w:w="1296"/>
            <w:shd w:val="clear" w:color="auto" w:fill="1F2937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Ordered</w:t>
            </w:r>
          </w:p>
        </w:tc>
        <w:tc>
          <w:tcPr>
            <w:tcW w:type="dxa" w:w="1296"/>
            <w:shd w:val="clear" w:color="auto" w:fill="1F2937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Shipped</w:t>
            </w:r>
          </w:p>
        </w:tc>
        <w:tc>
          <w:tcPr>
            <w:tcW w:type="dxa" w:w="1296"/>
            <w:shd w:val="clear" w:color="auto" w:fill="1F2937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To follow</w:t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color w:val="52525B"/>
                <w:sz w:val="18"/>
              </w:rPr>
              <w:t>1</w:t>
            </w:r>
          </w:p>
        </w:tc>
        <w:tc>
          <w:tcPr>
            <w:tcW w:type="dxa" w:w="417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color w:val="52525B"/>
                <w:sz w:val="18"/>
              </w:rPr>
              <w:t>2</w:t>
            </w:r>
          </w:p>
        </w:tc>
        <w:tc>
          <w:tcPr>
            <w:tcW w:type="dxa" w:w="417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color w:val="52525B"/>
                <w:sz w:val="18"/>
              </w:rPr>
              <w:t>3</w:t>
            </w:r>
          </w:p>
        </w:tc>
        <w:tc>
          <w:tcPr>
            <w:tcW w:type="dxa" w:w="417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color w:val="52525B"/>
                <w:sz w:val="18"/>
              </w:rPr>
              <w:t>4</w:t>
            </w:r>
          </w:p>
        </w:tc>
        <w:tc>
          <w:tcPr>
            <w:tcW w:type="dxa" w:w="417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color w:val="52525B"/>
                <w:sz w:val="18"/>
              </w:rPr>
              <w:t>5</w:t>
            </w:r>
          </w:p>
        </w:tc>
        <w:tc>
          <w:tcPr>
            <w:tcW w:type="dxa" w:w="417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color w:val="52525B"/>
                <w:sz w:val="18"/>
              </w:rPr>
              <w:t>6</w:t>
            </w:r>
          </w:p>
        </w:tc>
        <w:tc>
          <w:tcPr>
            <w:tcW w:type="dxa" w:w="417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color w:val="52525B"/>
                <w:sz w:val="18"/>
              </w:rPr>
              <w:t>7</w:t>
            </w:r>
          </w:p>
        </w:tc>
        <w:tc>
          <w:tcPr>
            <w:tcW w:type="dxa" w:w="417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color w:val="52525B"/>
                <w:sz w:val="18"/>
              </w:rPr>
              <w:t>8</w:t>
            </w:r>
          </w:p>
        </w:tc>
        <w:tc>
          <w:tcPr>
            <w:tcW w:type="dxa" w:w="417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color w:val="52525B"/>
                <w:sz w:val="18"/>
              </w:rPr>
              <w:t>9</w:t>
            </w:r>
          </w:p>
        </w:tc>
        <w:tc>
          <w:tcPr>
            <w:tcW w:type="dxa" w:w="417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color w:val="52525B"/>
                <w:sz w:val="18"/>
              </w:rPr>
              <w:t>10</w:t>
            </w:r>
          </w:p>
        </w:tc>
        <w:tc>
          <w:tcPr>
            <w:tcW w:type="dxa" w:w="417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color w:val="52525B"/>
                <w:sz w:val="18"/>
              </w:rPr>
              <w:t>11</w:t>
            </w:r>
          </w:p>
        </w:tc>
        <w:tc>
          <w:tcPr>
            <w:tcW w:type="dxa" w:w="417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color w:val="52525B"/>
                <w:sz w:val="18"/>
              </w:rPr>
              <w:t>12</w:t>
            </w:r>
          </w:p>
        </w:tc>
        <w:tc>
          <w:tcPr>
            <w:tcW w:type="dxa" w:w="417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color w:val="52525B"/>
                <w:sz w:val="18"/>
              </w:rPr>
              <w:t>13</w:t>
            </w:r>
          </w:p>
        </w:tc>
        <w:tc>
          <w:tcPr>
            <w:tcW w:type="dxa" w:w="417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color w:val="52525B"/>
                <w:sz w:val="18"/>
              </w:rPr>
              <w:t>14</w:t>
            </w:r>
          </w:p>
        </w:tc>
        <w:tc>
          <w:tcPr>
            <w:tcW w:type="dxa" w:w="417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color w:val="52525B"/>
                <w:sz w:val="18"/>
              </w:rPr>
              <w:t>15</w:t>
            </w:r>
          </w:p>
        </w:tc>
        <w:tc>
          <w:tcPr>
            <w:tcW w:type="dxa" w:w="417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504"/>
          </w:tcPr>
          <w:p/>
        </w:tc>
        <w:tc>
          <w:tcPr>
            <w:tcW w:type="dxa" w:w="417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20"/>
              </w:rPr>
              <w:t>Totals (units)</w:t>
            </w:r>
          </w:p>
        </w:tc>
        <w:tc>
          <w:tcPr>
            <w:tcW w:type="dxa" w:w="1440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</w:tr>
    </w:tbl>
    <w:p>
      <w:pPr>
        <w:spacing w:before="80"/>
      </w:pPr>
      <w:r>
        <w:rPr>
          <w:i/>
          <w:color w:val="52525B"/>
          <w:sz w:val="17"/>
        </w:rPr>
        <w:t>To follow = Ordered minus Shipped, never below zero. Type the full quantity ordered in one column and what is actually in this box in the other.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736"/>
            <w:shd w:val="clear" w:color="auto" w:fill="F4F4F0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52525B"/>
                <w:sz w:val="18"/>
              </w:rPr>
              <w:t>Note for whoever receives it</w:t>
            </w:r>
          </w:p>
        </w:tc>
        <w:tc>
          <w:tcPr>
            <w:tcW w:type="dxa" w:w="7344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F4F4F0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52525B"/>
                <w:sz w:val="18"/>
              </w:rPr>
              <w:t>Received by (name and role)</w:t>
            </w:r>
          </w:p>
        </w:tc>
        <w:tc>
          <w:tcPr>
            <w:tcW w:type="dxa" w:w="25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2520"/>
            <w:shd w:val="clear" w:color="auto" w:fill="F4F4F0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52525B"/>
                <w:sz w:val="18"/>
              </w:rPr>
              <w:t>Date received</w:t>
            </w:r>
          </w:p>
        </w:tc>
        <w:tc>
          <w:tcPr>
            <w:tcW w:type="dxa" w:w="25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rPr>
          <w:trHeight w:val="792"/>
        </w:trPr>
        <w:tc>
          <w:tcPr>
            <w:tcW w:type="dxa" w:w="2520"/>
            <w:shd w:val="clear" w:color="auto" w:fill="F4F4F0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52525B"/>
                <w:sz w:val="18"/>
              </w:rPr>
              <w:t>Signature</w:t>
            </w:r>
          </w:p>
        </w:tc>
        <w:tc>
          <w:tcPr>
            <w:tcW w:type="dxa" w:w="25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25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52525B"/>
                <w:sz w:val="18"/>
              </w:rPr>
            </w:r>
          </w:p>
        </w:tc>
        <w:tc>
          <w:tcPr>
            <w:tcW w:type="dxa" w:w="25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Packing slip template</dc:title>
  <dc:subject/>
  <dc:creator>InvoiceTools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