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E7A54"/>
          <w:sz w:val="40"/>
        </w:rPr>
        <w:t>Weekly timesheet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0"/>
        <w:gridCol w:w="3450"/>
        <w:gridCol w:w="3450"/>
        <w:gridCol w:w="3450"/>
      </w:tblGrid>
      <w:tr>
        <w:tc>
          <w:tcPr>
            <w:tcW w:type="dxa" w:w="3450"/>
            <w:shd w:val="clear" w:color="auto" w:fill="E8F3EE"/>
          </w:tcPr>
          <w:p>
            <w:r>
              <w:rPr>
                <w:b/>
              </w:rPr>
              <w:t>Employee name</w:t>
            </w:r>
          </w:p>
        </w:tc>
        <w:tc>
          <w:tcPr>
            <w:tcW w:type="dxa" w:w="3450"/>
          </w:tcPr>
          <w:p/>
        </w:tc>
        <w:tc>
          <w:tcPr>
            <w:tcW w:type="dxa" w:w="3450"/>
            <w:shd w:val="clear" w:color="auto" w:fill="E8F3EE"/>
          </w:tcPr>
          <w:p>
            <w:r>
              <w:rPr>
                <w:b/>
              </w:rPr>
              <w:t>Week ending</w:t>
            </w:r>
          </w:p>
        </w:tc>
        <w:tc>
          <w:tcPr>
            <w:tcW w:type="dxa" w:w="3450"/>
          </w:tcPr>
          <w:p/>
        </w:tc>
      </w:tr>
      <w:tr>
        <w:tc>
          <w:tcPr>
            <w:tcW w:type="dxa" w:w="3450"/>
            <w:shd w:val="clear" w:color="auto" w:fill="E8F3EE"/>
          </w:tcPr>
          <w:p>
            <w:r>
              <w:rPr>
                <w:b/>
              </w:rPr>
              <w:t>Employer or client</w:t>
            </w:r>
          </w:p>
        </w:tc>
        <w:tc>
          <w:tcPr>
            <w:tcW w:type="dxa" w:w="3450"/>
          </w:tcPr>
          <w:p/>
        </w:tc>
        <w:tc>
          <w:tcPr>
            <w:tcW w:type="dxa" w:w="3450"/>
            <w:shd w:val="clear" w:color="auto" w:fill="E8F3EE"/>
          </w:tcPr>
          <w:p>
            <w:r>
              <w:rPr>
                <w:b/>
              </w:rPr>
              <w:t>Hourly rate</w:t>
            </w:r>
          </w:p>
        </w:tc>
        <w:tc>
          <w:tcPr>
            <w:tcW w:type="dxa" w:w="3450"/>
          </w:tcPr>
          <w:p/>
        </w:tc>
      </w:tr>
      <w:tr>
        <w:tc>
          <w:tcPr>
            <w:tcW w:type="dxa" w:w="3450"/>
            <w:shd w:val="clear" w:color="auto" w:fill="E8F3EE"/>
          </w:tcPr>
          <w:p>
            <w:r>
              <w:rPr>
                <w:b/>
              </w:rPr>
              <w:t>Job or project</w:t>
            </w:r>
          </w:p>
        </w:tc>
        <w:tc>
          <w:tcPr>
            <w:tcW w:type="dxa" w:w="3450"/>
          </w:tcPr>
          <w:p/>
        </w:tc>
        <w:tc>
          <w:tcPr>
            <w:tcW w:type="dxa" w:w="3450"/>
            <w:shd w:val="clear" w:color="auto" w:fill="E8F3EE"/>
          </w:tcPr>
          <w:p>
            <w:r>
              <w:rPr>
                <w:b/>
              </w:rPr>
              <w:t>Overtime after (hours per week)</w:t>
            </w:r>
          </w:p>
        </w:tc>
        <w:tc>
          <w:tcPr>
            <w:tcW w:type="dxa" w:w="3450"/>
          </w:tcPr>
          <w:p/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71"/>
        <w:gridCol w:w="1971"/>
        <w:gridCol w:w="1971"/>
        <w:gridCol w:w="1971"/>
        <w:gridCol w:w="1971"/>
        <w:gridCol w:w="1971"/>
        <w:gridCol w:w="1971"/>
      </w:tblGrid>
      <w:tr>
        <w:tc>
          <w:tcPr>
            <w:tcW w:type="dxa" w:w="1971"/>
            <w:shd w:val="clear" w:color="auto" w:fill="0E7A54"/>
          </w:tcPr>
          <w:p>
            <w:r>
              <w:rPr>
                <w:b/>
                <w:color w:val="FFFFFF"/>
              </w:rPr>
              <w:t>Date</w:t>
            </w:r>
          </w:p>
        </w:tc>
        <w:tc>
          <w:tcPr>
            <w:tcW w:type="dxa" w:w="1971"/>
            <w:shd w:val="clear" w:color="auto" w:fill="0E7A54"/>
          </w:tcPr>
          <w:p>
            <w:r>
              <w:rPr>
                <w:b/>
                <w:color w:val="FFFFFF"/>
              </w:rPr>
              <w:t>Day</w:t>
            </w:r>
          </w:p>
        </w:tc>
        <w:tc>
          <w:tcPr>
            <w:tcW w:type="dxa" w:w="1971"/>
            <w:shd w:val="clear" w:color="auto" w:fill="0E7A54"/>
          </w:tcPr>
          <w:p>
            <w:r>
              <w:rPr>
                <w:b/>
                <w:color w:val="FFFFFF"/>
              </w:rPr>
              <w:t>Start</w:t>
            </w:r>
          </w:p>
        </w:tc>
        <w:tc>
          <w:tcPr>
            <w:tcW w:type="dxa" w:w="1971"/>
            <w:shd w:val="clear" w:color="auto" w:fill="0E7A54"/>
          </w:tcPr>
          <w:p>
            <w:r>
              <w:rPr>
                <w:b/>
                <w:color w:val="FFFFFF"/>
              </w:rPr>
              <w:t>End</w:t>
            </w:r>
          </w:p>
        </w:tc>
        <w:tc>
          <w:tcPr>
            <w:tcW w:type="dxa" w:w="1971"/>
            <w:shd w:val="clear" w:color="auto" w:fill="0E7A54"/>
          </w:tcPr>
          <w:p>
            <w:r>
              <w:rPr>
                <w:b/>
                <w:color w:val="FFFFFF"/>
              </w:rPr>
              <w:t>Break (min)</w:t>
            </w:r>
          </w:p>
        </w:tc>
        <w:tc>
          <w:tcPr>
            <w:tcW w:type="dxa" w:w="1971"/>
            <w:shd w:val="clear" w:color="auto" w:fill="0E7A54"/>
          </w:tcPr>
          <w:p>
            <w:r>
              <w:rPr>
                <w:b/>
                <w:color w:val="FFFFFF"/>
              </w:rPr>
              <w:t>Hours</w:t>
            </w:r>
          </w:p>
        </w:tc>
        <w:tc>
          <w:tcPr>
            <w:tcW w:type="dxa" w:w="1971"/>
            <w:shd w:val="clear" w:color="auto" w:fill="0E7A54"/>
          </w:tcPr>
          <w:p>
            <w:r>
              <w:rPr>
                <w:b/>
                <w:color w:val="FFFFFF"/>
              </w:rPr>
              <w:t>Note</w:t>
            </w:r>
          </w:p>
        </w:tc>
      </w:tr>
      <w:tr>
        <w:trPr>
          <w:trHeight w:val="510"/>
        </w:trPr>
        <w:tc>
          <w:tcPr>
            <w:tcW w:type="dxa" w:w="1971"/>
          </w:tcPr>
          <w:p/>
        </w:tc>
        <w:tc>
          <w:tcPr>
            <w:tcW w:type="dxa" w:w="1971"/>
          </w:tcPr>
          <w:p>
            <w:r>
              <w:t>Monday</w:t>
            </w:r>
          </w:p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</w:tr>
      <w:tr>
        <w:trPr>
          <w:trHeight w:val="510"/>
        </w:trPr>
        <w:tc>
          <w:tcPr>
            <w:tcW w:type="dxa" w:w="1971"/>
          </w:tcPr>
          <w:p/>
        </w:tc>
        <w:tc>
          <w:tcPr>
            <w:tcW w:type="dxa" w:w="1971"/>
          </w:tcPr>
          <w:p>
            <w:r>
              <w:t>Tuesday</w:t>
            </w:r>
          </w:p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</w:tr>
      <w:tr>
        <w:trPr>
          <w:trHeight w:val="510"/>
        </w:trPr>
        <w:tc>
          <w:tcPr>
            <w:tcW w:type="dxa" w:w="1971"/>
          </w:tcPr>
          <w:p/>
        </w:tc>
        <w:tc>
          <w:tcPr>
            <w:tcW w:type="dxa" w:w="1971"/>
          </w:tcPr>
          <w:p>
            <w:r>
              <w:t>Wednesday</w:t>
            </w:r>
          </w:p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</w:tr>
      <w:tr>
        <w:trPr>
          <w:trHeight w:val="510"/>
        </w:trPr>
        <w:tc>
          <w:tcPr>
            <w:tcW w:type="dxa" w:w="1971"/>
          </w:tcPr>
          <w:p/>
        </w:tc>
        <w:tc>
          <w:tcPr>
            <w:tcW w:type="dxa" w:w="1971"/>
          </w:tcPr>
          <w:p>
            <w:r>
              <w:t>Thursday</w:t>
            </w:r>
          </w:p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</w:tr>
      <w:tr>
        <w:trPr>
          <w:trHeight w:val="510"/>
        </w:trPr>
        <w:tc>
          <w:tcPr>
            <w:tcW w:type="dxa" w:w="1971"/>
          </w:tcPr>
          <w:p/>
        </w:tc>
        <w:tc>
          <w:tcPr>
            <w:tcW w:type="dxa" w:w="1971"/>
          </w:tcPr>
          <w:p>
            <w:r>
              <w:t>Friday</w:t>
            </w:r>
          </w:p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</w:tr>
      <w:tr>
        <w:trPr>
          <w:trHeight w:val="510"/>
        </w:trPr>
        <w:tc>
          <w:tcPr>
            <w:tcW w:type="dxa" w:w="1971"/>
          </w:tcPr>
          <w:p/>
        </w:tc>
        <w:tc>
          <w:tcPr>
            <w:tcW w:type="dxa" w:w="1971"/>
          </w:tcPr>
          <w:p>
            <w:r>
              <w:t>Saturday</w:t>
            </w:r>
          </w:p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</w:tr>
      <w:tr>
        <w:trPr>
          <w:trHeight w:val="510"/>
        </w:trPr>
        <w:tc>
          <w:tcPr>
            <w:tcW w:type="dxa" w:w="1971"/>
          </w:tcPr>
          <w:p/>
        </w:tc>
        <w:tc>
          <w:tcPr>
            <w:tcW w:type="dxa" w:w="1971"/>
          </w:tcPr>
          <w:p>
            <w:r>
              <w:t>Sunday</w:t>
            </w:r>
          </w:p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</w:tr>
      <w:tr>
        <w:trPr>
          <w:trHeight w:val="510"/>
        </w:trPr>
        <w:tc>
          <w:tcPr>
            <w:tcW w:type="dxa" w:w="9855"/>
            <w:gridSpan w:val="5"/>
          </w:tcPr>
          <w:p>
            <w:pPr>
              <w:jc w:val="right"/>
            </w:pPr>
            <w:r>
              <w:rPr>
                <w:b/>
              </w:rPr>
              <w:t>Total hours</w:t>
            </w:r>
          </w:p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</w:tr>
      <w:tr>
        <w:trPr>
          <w:trHeight w:val="510"/>
        </w:trPr>
        <w:tc>
          <w:tcPr>
            <w:tcW w:type="dxa" w:w="9855"/>
            <w:gridSpan w:val="5"/>
          </w:tcPr>
          <w:p>
            <w:pPr>
              <w:jc w:val="right"/>
            </w:pPr>
            <w:r>
              <w:rPr>
                <w:b/>
              </w:rPr>
              <w:t>Overtime hours</w:t>
            </w:r>
          </w:p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</w:tr>
      <w:tr>
        <w:trPr>
          <w:trHeight w:val="510"/>
        </w:trPr>
        <w:tc>
          <w:tcPr>
            <w:tcW w:type="dxa" w:w="9855"/>
            <w:gridSpan w:val="5"/>
          </w:tcPr>
          <w:p>
            <w:pPr>
              <w:jc w:val="right"/>
            </w:pPr>
            <w:r>
              <w:rPr>
                <w:b/>
              </w:rPr>
              <w:t>Total pay</w:t>
            </w:r>
          </w:p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</w:tr>
    </w:tbl>
    <w:p/>
    <w:p>
      <w:r>
        <w:rPr>
          <w:i/>
          <w:sz w:val="19"/>
        </w:rPr>
        <w:t>Hours = end time minus start time minus break. Add the days, then multiply regular hours by the hourly rate. Hours past the overtime threshold are paid at the overtime multiplier.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450"/>
        <w:gridCol w:w="3450"/>
        <w:gridCol w:w="3450"/>
        <w:gridCol w:w="3450"/>
      </w:tblGrid>
      <w:tr>
        <w:trPr>
          <w:trHeight w:val="680"/>
        </w:trPr>
        <w:tc>
          <w:tcPr>
            <w:tcW w:type="dxa" w:w="3450"/>
          </w:tcPr>
          <w:p>
            <w:r>
              <w:rPr>
                <w:b/>
              </w:rPr>
              <w:t>Employee signature</w:t>
            </w:r>
          </w:p>
        </w:tc>
        <w:tc>
          <w:tcPr>
            <w:tcW w:type="dxa" w:w="3450"/>
            <w:tcBorders>
              <w:bottom w:val="single" w:sz="6" w:color="666666"/>
            </w:tcBorders>
          </w:tcPr>
          <w:p/>
        </w:tc>
        <w:tc>
          <w:tcPr>
            <w:tcW w:type="dxa" w:w="3450"/>
          </w:tcPr>
          <w:p>
            <w:r>
              <w:rPr>
                <w:b/>
              </w:rPr>
              <w:t>Date</w:t>
            </w:r>
          </w:p>
        </w:tc>
        <w:tc>
          <w:tcPr>
            <w:tcW w:type="dxa" w:w="3450"/>
            <w:tcBorders>
              <w:bottom w:val="single" w:sz="6" w:color="666666"/>
            </w:tcBorders>
          </w:tcPr>
          <w:p/>
        </w:tc>
      </w:tr>
      <w:tr>
        <w:trPr>
          <w:trHeight w:val="680"/>
        </w:trPr>
        <w:tc>
          <w:tcPr>
            <w:tcW w:type="dxa" w:w="3450"/>
          </w:tcPr>
          <w:p>
            <w:r>
              <w:rPr>
                <w:b/>
              </w:rPr>
              <w:t>Approved by</w:t>
            </w:r>
          </w:p>
        </w:tc>
        <w:tc>
          <w:tcPr>
            <w:tcW w:type="dxa" w:w="3450"/>
            <w:tcBorders>
              <w:bottom w:val="single" w:sz="6" w:color="666666"/>
            </w:tcBorders>
          </w:tcPr>
          <w:p/>
        </w:tc>
        <w:tc>
          <w:tcPr>
            <w:tcW w:type="dxa" w:w="3450"/>
          </w:tcPr>
          <w:p>
            <w:r>
              <w:rPr>
                <w:b/>
              </w:rPr>
              <w:t>Date</w:t>
            </w:r>
          </w:p>
        </w:tc>
        <w:tc>
          <w:tcPr>
            <w:tcW w:type="dxa" w:w="3450"/>
            <w:tcBorders>
              <w:bottom w:val="single" w:sz="6" w:color="666666"/>
            </w:tcBorders>
          </w:tcPr>
          <w:p/>
        </w:tc>
      </w:tr>
    </w:tbl>
    <w:sectPr w:rsidR="00FC693F" w:rsidRPr="0006063C" w:rsidSect="00034616">
      <w:pgSz w:w="15840" w:h="12240" w:orient="landscape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