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02"/>
        <w:gridCol w:w="11938"/>
      </w:tblGrid>
      <w:tr>
        <w:trPr>
          <w:trHeight w:val="15552" w:hRule="atLeast"/>
        </w:trPr>
        <w:tc>
          <w:tcPr>
            <w:tcW w:type="dxa" w:w="302"/>
            <w:shd w:val="clear" w:color="auto" w:fill="6D28D9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11938"/>
            <w:tcMar>
              <w:top w:w="792" w:type="dxa"/>
              <w:left w:w="648" w:type="dxa"/>
              <w:bottom w:w="0" w:type="dxa"/>
              <w:right w:w="1008" w:type="dxa"/>
            </w:tcMar>
          </w:tcPr>
          <w:p/>
          <w:tbl>
            <w:tblPr>
              <w:tblW w:w="1028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655"/>
              <w:gridCol w:w="4627"/>
            </w:tblGrid>
            <w:tr>
              <w:tc>
                <w:tcPr>
                  <w:tcW w:type="dxa" w:w="5655"/>
                </w:tcPr>
                <w:p>
                  <w:pPr>
                    <w:spacing w:before="0" w:after="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FROM</w:t>
                  </w:r>
                </w:p>
                <w:p>
                  <w:pPr>
                    <w:spacing w:before="0" w:after="60" w:line="240" w:lineRule="auto"/>
                    <w:rPr>
                      <w:sz w:val="19"/>
                    </w:rPr>
                  </w:pPr>
                </w:p>
                <w:p>
                  <w:pPr>
                    <w:spacing w:before="0" w:after="60" w:line="240" w:lineRule="auto"/>
                    <w:rPr>
                      <w:sz w:val="19"/>
                    </w:rPr>
                  </w:pPr>
                </w:p>
                <w:p>
                  <w:pPr>
                    <w:spacing w:before="0" w:after="6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4627"/>
                </w:tcPr>
                <w:p>
                  <w:pPr>
                    <w:spacing w:before="0" w:after="40" w:line="240" w:lineRule="auto"/>
                    <w:jc w:val="righ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418"/>
                      <w:spacing w:val="-8"/>
                      <w:sz w:val="60"/>
                    </w:rPr>
                    <w:t>INVOICE</w:t>
                  </w:r>
                </w:p>
                <w:p>
                  <w:pPr>
                    <w:spacing w:before="60" w:after="2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INVOICE NO.</w:t>
                  </w:r>
                </w:p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</w:tbl>
          <w:p/>
          <w:tbl>
            <w:tblPr>
              <w:tblW w:w="1028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427"/>
              <w:gridCol w:w="3427"/>
              <w:gridCol w:w="3427"/>
            </w:tblGrid>
            <w:tr>
              <w:tc>
                <w:tcPr>
                  <w:tcW w:type="dxa" w:w="3427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ISSUE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3427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DUE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3427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PO OR JOB REFERENCE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</w:tr>
          </w:tbl>
          <w:p/>
          <w:p>
            <w:pPr>
              <w:spacing w:after="0" w:before="0" w:line="180" w:lineRule="exact"/>
              <w:rPr>
                <w:sz w:val="18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pacing w:val="18"/>
                <w:sz w:val="15"/>
              </w:rPr>
              <w:t>BILL TO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tbl>
            <w:tblPr>
              <w:tblW w:w="10282" w:type="dxa"/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5897"/>
              <w:gridCol w:w="1058"/>
              <w:gridCol w:w="1512"/>
              <w:gridCol w:w="1814"/>
            </w:tblGrid>
            <w:tr>
              <w:trPr>
                <w:trHeight w:val="440" w:hRule="exact"/>
              </w:trPr>
              <w:tc>
                <w:tcPr>
                  <w:tcW w:type="dxa" w:w="5897"/>
                  <w:tcBorders>
                    <w:bottom w:val="single" w:sz="11" w:space="0" w:color="6D28D9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DESCRIPTION</w:t>
                  </w:r>
                </w:p>
              </w:tc>
              <w:tc>
                <w:tcPr>
                  <w:tcW w:type="dxa" w:w="1058"/>
                  <w:tcBorders>
                    <w:bottom w:val="single" w:sz="11" w:space="0" w:color="6D28D9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QTY</w:t>
                  </w:r>
                </w:p>
              </w:tc>
              <w:tc>
                <w:tcPr>
                  <w:tcW w:type="dxa" w:w="1512"/>
                  <w:tcBorders>
                    <w:bottom w:val="single" w:sz="11" w:space="0" w:color="6D28D9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RATE</w:t>
                  </w:r>
                </w:p>
              </w:tc>
              <w:tc>
                <w:tcPr>
                  <w:tcW w:type="dxa" w:w="1814"/>
                  <w:tcBorders>
                    <w:bottom w:val="single" w:sz="11" w:space="0" w:color="6D28D9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AMOUNT</w:t>
                  </w: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1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2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3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4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5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6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7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8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5897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D28D9"/>
                      <w:sz w:val="15"/>
                    </w:rPr>
                    <w:t>9</w:t>
                  </w:r>
                </w:p>
              </w:tc>
              <w:tc>
                <w:tcPr>
                  <w:tcW w:type="dxa" w:w="1058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512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814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tbl>
            <w:tblPr>
              <w:tblW w:w="4752" w:type="dxa"/>
              <w:jc w:val="right"/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2016"/>
            </w:tblGrid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Subtotal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Discount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Sales tax  (      %)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Amount paid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2736"/>
                  <w:shd w:val="clear" w:color="auto" w:fill="6D28D9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FFFFFF"/>
                      <w:spacing w:val="18"/>
                      <w:sz w:val="17"/>
                    </w:rPr>
                    <w:t>BALANCE DUE</w:t>
                  </w:r>
                </w:p>
              </w:tc>
              <w:tc>
                <w:tcPr>
                  <w:tcW w:type="dxa" w:w="2016"/>
                  <w:shd w:val="clear" w:color="auto" w:fill="6D28D9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8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pacing w:val="18"/>
                <w:sz w:val="15"/>
              </w:rPr>
              <w:t>HOW TO PAY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12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pacing w:val="18"/>
                <w:sz w:val="15"/>
              </w:rPr>
              <w:t>TERMS</w:t>
            </w:r>
          </w:p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11418"/>
                <w:sz w:val="18"/>
              </w:rPr>
              <w:t>Payment due within 30 days.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tbl>
            <w:tblPr>
              <w:tblW w:w="1028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41"/>
              <w:gridCol w:w="5141"/>
            </w:tblGrid>
            <w:tr>
              <w:tc>
                <w:tcPr>
                  <w:tcW w:type="dxa" w:w="5141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6"/>
                    </w:rPr>
                    <w:t>Thank you for your business.</w:t>
                  </w:r>
                </w:p>
              </w:tc>
              <w:tc>
                <w:tcPr>
                  <w:tcW w:type="dxa" w:w="5141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6"/>
                    </w:rPr>
                    <w:t>Made with InvoiceTools.com</w:t>
                  </w:r>
                </w:p>
              </w:tc>
            </w:tr>
          </w:tbl>
          <w:p/>
        </w:tc>
      </w:tr>
    </w:tbl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Blueprint Typographic invoice template</dc:title>
  <dc:subject/>
  <dc:creator>InvoiceTools.com</dc:creator>
  <cp:keywords/>
  <dc:description>Design: Blueprint Typographic.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