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02"/>
        <w:gridCol w:w="11938"/>
      </w:tblGrid>
      <w:tr>
        <w:trPr>
          <w:trHeight w:val="15552" w:hRule="atLeast"/>
        </w:trPr>
        <w:tc>
          <w:tcPr>
            <w:tcW w:type="dxa" w:w="302"/>
            <w:shd w:val="clear" w:color="auto" w:fill="3F6212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1938"/>
            <w:tcMar>
              <w:top w:w="792" w:type="dxa"/>
              <w:left w:w="648" w:type="dxa"/>
              <w:bottom w:w="0" w:type="dxa"/>
              <w:right w:w="1008" w:type="dxa"/>
            </w:tcMar>
          </w:tcPr>
          <w:p/>
          <w:tbl>
            <w:tblPr>
              <w:tblW w:w="1028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655"/>
              <w:gridCol w:w="4627"/>
            </w:tblGrid>
            <w:tr>
              <w:tc>
                <w:tcPr>
                  <w:tcW w:type="dxa" w:w="5655"/>
                </w:tcPr>
                <w:p>
                  <w:pPr>
                    <w:spacing w:before="0" w:after="40" w:line="240" w:lineRule="auto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6B7280"/>
                      <w:spacing w:val="18"/>
                      <w:sz w:val="15"/>
                    </w:rPr>
                    <w:t>FROM</w:t>
                  </w:r>
                </w:p>
                <w:p>
                  <w:pPr>
                    <w:spacing w:before="0" w:after="60" w:line="240" w:lineRule="auto"/>
                    <w:rPr>
                      <w:sz w:val="19"/>
                    </w:rPr>
                  </w:pPr>
                </w:p>
                <w:p>
                  <w:pPr>
                    <w:spacing w:before="0" w:after="60" w:line="240" w:lineRule="auto"/>
                    <w:rPr>
                      <w:sz w:val="19"/>
                    </w:rPr>
                  </w:pPr>
                </w:p>
                <w:p>
                  <w:pPr>
                    <w:spacing w:before="0" w:after="6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4627"/>
                </w:tcPr>
                <w:p>
                  <w:pPr>
                    <w:spacing w:before="0" w:after="4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31"/>
                      <w:sz w:val="60"/>
                    </w:rPr>
                    <w:t>INVOICE</w:t>
                  </w:r>
                </w:p>
                <w:p>
                  <w:pPr>
                    <w:spacing w:before="60" w:after="2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6B7280"/>
                      <w:spacing w:val="18"/>
                      <w:sz w:val="15"/>
                    </w:rPr>
                    <w:t>INVOICE NO.</w:t>
                  </w:r>
                </w:p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</w:tbl>
          <w:p/>
          <w:tbl>
            <w:tblPr>
              <w:tblW w:w="1028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427"/>
              <w:gridCol w:w="3427"/>
              <w:gridCol w:w="3427"/>
            </w:tblGrid>
            <w:tr>
              <w:tc>
                <w:tcPr>
                  <w:tcW w:type="dxa" w:w="3427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18"/>
                      <w:sz w:val="15"/>
                    </w:rPr>
                    <w:t>ISSUE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3427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18"/>
                      <w:sz w:val="15"/>
                    </w:rPr>
                    <w:t>DUE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3427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18"/>
                      <w:sz w:val="15"/>
                    </w:rPr>
                    <w:t>PO OR JOB REFERENCE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</w:tr>
          </w:tbl>
          <w:p/>
          <w:p>
            <w:pPr>
              <w:spacing w:after="0" w:before="0" w:line="180" w:lineRule="exact"/>
              <w:rPr>
                <w:sz w:val="18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3F6212"/>
                <w:spacing w:val="18"/>
                <w:sz w:val="15"/>
              </w:rPr>
              <w:t>BILL TO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tbl>
            <w:tblPr>
              <w:tblW w:w="10282" w:type="dxa"/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897"/>
              <w:gridCol w:w="1058"/>
              <w:gridCol w:w="1512"/>
              <w:gridCol w:w="1814"/>
            </w:tblGrid>
            <w:tr>
              <w:trPr>
                <w:trHeight w:val="440" w:hRule="exact"/>
              </w:trPr>
              <w:tc>
                <w:tcPr>
                  <w:tcW w:type="dxa" w:w="5897"/>
                  <w:shd w:val="clear" w:color="auto" w:fill="3F6212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FFFFF"/>
                      <w:spacing w:val="18"/>
                      <w:sz w:val="15"/>
                    </w:rPr>
                    <w:t>DESCRIPTION</w:t>
                  </w:r>
                </w:p>
              </w:tc>
              <w:tc>
                <w:tcPr>
                  <w:tcW w:type="dxa" w:w="1058"/>
                  <w:shd w:val="clear" w:color="auto" w:fill="3F6212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FFFFF"/>
                      <w:spacing w:val="18"/>
                      <w:sz w:val="15"/>
                    </w:rPr>
                    <w:t>QTY</w:t>
                  </w:r>
                </w:p>
              </w:tc>
              <w:tc>
                <w:tcPr>
                  <w:tcW w:type="dxa" w:w="1512"/>
                  <w:shd w:val="clear" w:color="auto" w:fill="3F6212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FFFFF"/>
                      <w:spacing w:val="18"/>
                      <w:sz w:val="15"/>
                    </w:rPr>
                    <w:t>RATE</w:t>
                  </w:r>
                </w:p>
              </w:tc>
              <w:tc>
                <w:tcPr>
                  <w:tcW w:type="dxa" w:w="1814"/>
                  <w:shd w:val="clear" w:color="auto" w:fill="3F6212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FFFFF"/>
                      <w:spacing w:val="18"/>
                      <w:sz w:val="15"/>
                    </w:rPr>
                    <w:t>AMOUNT</w:t>
                  </w: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tbl>
            <w:tblPr>
              <w:tblW w:w="4752" w:type="dxa"/>
              <w:jc w:val="right"/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2016"/>
            </w:tblGrid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6B7280"/>
                      <w:sz w:val="18"/>
                    </w:rPr>
                    <w:t>Subtotal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6B7280"/>
                      <w:sz w:val="18"/>
                    </w:rPr>
                    <w:t>Discount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6B7280"/>
                      <w:sz w:val="18"/>
                    </w:rPr>
                    <w:t>Sales tax  (      %)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6B7280"/>
                      <w:sz w:val="18"/>
                    </w:rPr>
                    <w:t>Amount paid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2736"/>
                  <w:shd w:val="clear" w:color="auto" w:fill="101418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FFFFF"/>
                      <w:spacing w:val="18"/>
                      <w:sz w:val="17"/>
                    </w:rPr>
                    <w:t>BALANCE DUE</w:t>
                  </w:r>
                </w:p>
              </w:tc>
              <w:tc>
                <w:tcPr>
                  <w:tcW w:type="dxa" w:w="2016"/>
                  <w:shd w:val="clear" w:color="auto" w:fill="3F6212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8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3F6212"/>
                <w:spacing w:val="18"/>
                <w:sz w:val="15"/>
              </w:rPr>
              <w:t>HOW TO PAY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120" w:after="6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3F6212"/>
                <w:spacing w:val="18"/>
                <w:sz w:val="15"/>
              </w:rPr>
              <w:t>TERMS</w:t>
            </w:r>
          </w:p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111418"/>
                <w:sz w:val="18"/>
              </w:rPr>
              <w:t>Payment due within 30 days.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tbl>
            <w:tblPr>
              <w:tblW w:w="1028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41"/>
              <w:gridCol w:w="5141"/>
            </w:tblGrid>
            <w:tr>
              <w:tc>
                <w:tcPr>
                  <w:tcW w:type="dxa" w:w="5141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6B7280"/>
                      <w:sz w:val="16"/>
                    </w:rPr>
                    <w:t>Thank you for your business.</w:t>
                  </w:r>
                </w:p>
              </w:tc>
              <w:tc>
                <w:tcPr>
                  <w:tcW w:type="dxa" w:w="5141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6B7280"/>
                      <w:sz w:val="16"/>
                    </w:rPr>
                    <w:t>Made with InvoiceTools.com</w:t>
                  </w:r>
                </w:p>
              </w:tc>
            </w:tr>
          </w:tbl>
          <w:p/>
        </w:tc>
      </w:tr>
    </w:tbl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Crescent Ledger invoice template</dc:title>
  <dc:subject/>
  <dc:creator>InvoiceTools.com</dc:creator>
  <cp:keywords/>
  <dc:description>Design: Crescent Ledger.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