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40"/>
                <w:sz w:val="66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047857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14" w:space="0" w:color="111418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4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047857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047857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Folio 02 invoice template</dc:title>
  <dc:subject/>
  <dc:creator>InvoiceTools.com</dc:creator>
  <cp:keywords/>
  <dc:description>Design: Folio 02.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