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F9F4"/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 w:val="0"/>
                <w:i w:val="0"/>
                <w:color w:val="047857"/>
                <w:sz w:val="14"/>
              </w:rPr>
              <w:t>● ● ●</w:t>
            </w:r>
          </w:p>
          <w:p>
            <w:pPr>
              <w:spacing w:before="0" w:after="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41210"/>
                <w:spacing w:val="26"/>
                <w:sz w:val="66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41210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41210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41210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047857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top w:val="single" w:sz="6" w:space="0" w:color="EADFD2"/>
              <w:left w:val="single" w:sz="6" w:space="0" w:color="EADFD2"/>
              <w:bottom w:val="single" w:sz="6" w:space="0" w:color="EADFD2"/>
              <w:right w:val="single" w:sz="6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top w:val="single" w:sz="6" w:space="0" w:color="EADFD2"/>
              <w:left w:val="single" w:sz="6" w:space="0" w:color="EADFD2"/>
              <w:bottom w:val="single" w:sz="6" w:space="0" w:color="EADFD2"/>
              <w:right w:val="single" w:sz="6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top w:val="single" w:sz="6" w:space="0" w:color="EADFD2"/>
              <w:left w:val="single" w:sz="6" w:space="0" w:color="EADFD2"/>
              <w:bottom w:val="single" w:sz="6" w:space="0" w:color="EADFD2"/>
              <w:right w:val="single" w:sz="6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top w:val="single" w:sz="6" w:space="0" w:color="EADFD2"/>
              <w:left w:val="single" w:sz="6" w:space="0" w:color="EADFD2"/>
              <w:bottom w:val="single" w:sz="6" w:space="0" w:color="EADFD2"/>
              <w:right w:val="single" w:sz="6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ADFD2"/>
              <w:left w:val="single" w:sz="4" w:space="0" w:color="EADFD2"/>
              <w:bottom w:val="single" w:sz="4" w:space="0" w:color="EADFD2"/>
              <w:right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bottom w:val="dotted" w:sz="6" w:space="0" w:color="6B625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41210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bottom w:val="dotted" w:sz="6" w:space="0" w:color="6B6259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047857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047857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41210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ADFD2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ADFD2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Precision Dot invoice template</dc:title>
  <dc:subject/>
  <dc:creator>InvoiceTools.com</dc:creator>
  <cp:keywords/>
  <dc:description>Design: Precision Dot.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