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053"/>
        <w:gridCol w:w="9187"/>
      </w:tblGrid>
      <w:tr>
        <w:trPr>
          <w:trHeight w:val="15552" w:hRule="atLeast"/>
        </w:trPr>
        <w:tc>
          <w:tcPr>
            <w:tcW w:type="dxa" w:w="3053"/>
            <w:tcBorders>
              <w:top w:val="single" w:sz="48" w:space="0" w:color="0D9488"/>
            </w:tcBorders>
            <w:shd w:val="clear" w:color="auto" w:fill="F7F8FA"/>
            <w:tcMar>
              <w:top w:w="504" w:type="dxa"/>
              <w:left w:w="432" w:type="dxa"/>
              <w:bottom w:w="0" w:type="dxa"/>
              <w:right w:w="288" w:type="dxa"/>
            </w:tcMar>
          </w:tcPr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0" w:line="240" w:lineRule="auto"/>
              <w:rPr>
                <w:sz w:val="16"/>
              </w:rPr>
            </w:pPr>
          </w:p>
          <w:p>
            <w:pPr>
              <w:spacing w:before="0" w:after="6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0D9488"/>
                <w:spacing w:val="18"/>
                <w:sz w:val="15"/>
              </w:rPr>
              <w:t>BILL TO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0" w:line="240" w:lineRule="auto"/>
              <w:rPr>
                <w:sz w:val="20"/>
              </w:rPr>
            </w:pPr>
          </w:p>
          <w:p>
            <w:pPr>
              <w:spacing w:before="0" w:after="6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0D9488"/>
                <w:spacing w:val="18"/>
                <w:sz w:val="15"/>
              </w:rPr>
              <w:t>HOW TO PAY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9187"/>
            <w:tcMar>
              <w:top w:w="648" w:type="dxa"/>
              <w:left w:w="432" w:type="dxa"/>
              <w:bottom w:w="0" w:type="dxa"/>
              <w:right w:w="864" w:type="dxa"/>
            </w:tcMar>
          </w:tcPr>
          <w:p>
            <w:pPr>
              <w:spacing w:before="0" w:after="8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32"/>
                <w:sz w:val="40"/>
              </w:rPr>
              <w:t>INVOICE</w:t>
            </w:r>
          </w:p>
          <w:tbl>
            <w:tblPr>
              <w:tblW w:w="7891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630"/>
              <w:gridCol w:w="2630"/>
              <w:gridCol w:w="2630"/>
            </w:tblGrid>
            <w:tr>
              <w:tc>
                <w:tcPr>
                  <w:tcW w:type="dxa" w:w="2630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111418"/>
                      <w:spacing w:val="18"/>
                      <w:sz w:val="15"/>
                    </w:rPr>
                    <w:t>ISSUE DATE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  <w:tc>
                <w:tcPr>
                  <w:tcW w:type="dxa" w:w="2630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111418"/>
                      <w:spacing w:val="18"/>
                      <w:sz w:val="15"/>
                    </w:rPr>
                    <w:t>DUE DATE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  <w:tc>
                <w:tcPr>
                  <w:tcW w:type="dxa" w:w="2630"/>
                  <w:tcBorders>
                    <w:bottom w:val="single" w:sz="6" w:space="0" w:color="E3E6EA"/>
                  </w:tcBorders>
                  <w:tcMar>
                    <w:top w:w="72" w:type="dxa"/>
                    <w:left w:w="0" w:type="dxa"/>
                    <w:bottom w:w="101" w:type="dxa"/>
                    <w:right w:w="144" w:type="dxa"/>
                  </w:tcMar>
                </w:tcPr>
                <w:p>
                  <w:pPr>
                    <w:spacing w:before="0" w:after="14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111418"/>
                      <w:spacing w:val="18"/>
                      <w:sz w:val="15"/>
                    </w:rPr>
                    <w:t>PO OR JOB REFERENCE</w:t>
                  </w:r>
                </w:p>
                <w:p>
                  <w:pPr>
                    <w:spacing w:before="0" w:after="40" w:line="240" w:lineRule="auto"/>
                    <w:rPr>
                      <w:sz w:val="20"/>
                    </w:rPr>
                  </w:pPr>
                </w:p>
              </w:tc>
            </w:tr>
          </w:tbl>
          <w:p/>
          <w:p>
            <w:pPr>
              <w:spacing w:after="0" w:before="0" w:line="180" w:lineRule="exact"/>
              <w:rPr>
                <w:sz w:val="18"/>
              </w:rPr>
            </w:pPr>
          </w:p>
          <w:tbl>
            <w:tblPr>
              <w:tblW w:w="7891" w:type="dxa"/>
              <w:tblLayout w:type="fixed"/>
              <w:tblCellMar>
                <w:top w:w="0" w:type="dxa"/>
                <w:left w:w="115" w:type="dxa"/>
                <w:bottom w:w="0" w:type="dxa"/>
                <w:right w:w="115" w:type="dxa"/>
              </w:tblCellMar>
              <w:tblLook w:firstColumn="1" w:firstRow="1" w:lastColumn="0" w:lastRow="0" w:noHBand="0" w:noVBand="1" w:val="04A0"/>
            </w:tblPr>
            <w:tblGrid>
              <w:gridCol w:w="4526"/>
              <w:gridCol w:w="812"/>
              <w:gridCol w:w="1160"/>
              <w:gridCol w:w="1393"/>
            </w:tblGrid>
            <w:tr>
              <w:trPr>
                <w:trHeight w:val="440" w:hRule="exact"/>
              </w:trPr>
              <w:tc>
                <w:tcPr>
                  <w:tcW w:type="dxa" w:w="4526"/>
                  <w:tcBorders>
                    <w:top w:val="single" w:sz="6" w:space="0" w:color="E3E6EA"/>
                    <w:left w:val="single" w:sz="6" w:space="0" w:color="E3E6EA"/>
                    <w:bottom w:val="single" w:sz="6" w:space="0" w:color="E3E6EA"/>
                    <w:right w:val="single" w:sz="6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DESCRIPTION</w:t>
                  </w:r>
                </w:p>
              </w:tc>
              <w:tc>
                <w:tcPr>
                  <w:tcW w:type="dxa" w:w="812"/>
                  <w:tcBorders>
                    <w:top w:val="single" w:sz="6" w:space="0" w:color="E3E6EA"/>
                    <w:left w:val="single" w:sz="6" w:space="0" w:color="E3E6EA"/>
                    <w:bottom w:val="single" w:sz="6" w:space="0" w:color="E3E6EA"/>
                    <w:right w:val="single" w:sz="6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QTY</w:t>
                  </w:r>
                </w:p>
              </w:tc>
              <w:tc>
                <w:tcPr>
                  <w:tcW w:type="dxa" w:w="1160"/>
                  <w:tcBorders>
                    <w:top w:val="single" w:sz="6" w:space="0" w:color="E3E6EA"/>
                    <w:left w:val="single" w:sz="6" w:space="0" w:color="E3E6EA"/>
                    <w:bottom w:val="single" w:sz="6" w:space="0" w:color="E3E6EA"/>
                    <w:right w:val="single" w:sz="6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RATE</w:t>
                  </w:r>
                </w:p>
              </w:tc>
              <w:tc>
                <w:tcPr>
                  <w:tcW w:type="dxa" w:w="1393"/>
                  <w:tcBorders>
                    <w:top w:val="single" w:sz="6" w:space="0" w:color="E3E6EA"/>
                    <w:left w:val="single" w:sz="6" w:space="0" w:color="E3E6EA"/>
                    <w:bottom w:val="single" w:sz="6" w:space="0" w:color="E3E6EA"/>
                    <w:right w:val="single" w:sz="6" w:space="0" w:color="E3E6EA"/>
                  </w:tcBorders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6B7280"/>
                      <w:spacing w:val="18"/>
                      <w:sz w:val="15"/>
                    </w:rPr>
                    <w:t>AMOUNT</w:t>
                  </w: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410" w:hRule="exact"/>
              </w:trPr>
              <w:tc>
                <w:tcPr>
                  <w:tcW w:type="dxa" w:w="4526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rPr>
                      <w:sz w:val="19"/>
                    </w:rPr>
                  </w:pPr>
                </w:p>
              </w:tc>
              <w:tc>
                <w:tcPr>
                  <w:tcW w:type="dxa" w:w="812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160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  <w:tc>
                <w:tcPr>
                  <w:tcW w:type="dxa" w:w="1393"/>
                  <w:tcBorders>
                    <w:top w:val="single" w:sz="4" w:space="0" w:color="E3E6EA"/>
                    <w:left w:val="single" w:sz="4" w:space="0" w:color="E3E6EA"/>
                    <w:bottom w:val="single" w:sz="4" w:space="0" w:color="E3E6EA"/>
                    <w:right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</w:tbl>
          <w:p/>
          <w:p>
            <w:pPr>
              <w:spacing w:after="0" w:before="0" w:line="160" w:lineRule="exact"/>
              <w:rPr>
                <w:sz w:val="16"/>
              </w:rPr>
            </w:pPr>
          </w:p>
          <w:tbl>
            <w:tblPr>
              <w:tblW w:w="4752" w:type="dxa"/>
              <w:jc w:val="right"/>
              <w:tblLayout w:type="fixed"/>
              <w:tblCellMar>
                <w:top w:w="0" w:type="dxa"/>
                <w:left w:w="144" w:type="dxa"/>
                <w:bottom w:w="0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2016"/>
            </w:tblGrid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Subtotal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Discount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Sales tax  (      %)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360" w:hRule="exact"/>
              </w:trPr>
              <w:tc>
                <w:tcPr>
                  <w:tcW w:type="dxa" w:w="273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8"/>
                    </w:rPr>
                    <w:t>Amount paid</w:t>
                  </w:r>
                </w:p>
              </w:tc>
              <w:tc>
                <w:tcPr>
                  <w:tcW w:type="dxa" w:w="2016"/>
                  <w:tcBorders>
                    <w:bottom w:val="single" w:sz="4" w:space="0" w:color="E3E6EA"/>
                  </w:tcBorders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19"/>
                    </w:rPr>
                  </w:pPr>
                </w:p>
              </w:tc>
            </w:tr>
            <w:tr>
              <w:trPr>
                <w:trHeight w:val="640" w:hRule="atLeast"/>
              </w:trPr>
              <w:tc>
                <w:tcPr>
                  <w:tcW w:type="dxa" w:w="2736"/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/>
                      <w:i w:val="0"/>
                      <w:color w:val="0D9488"/>
                      <w:spacing w:val="18"/>
                      <w:sz w:val="17"/>
                    </w:rPr>
                    <w:t>BALANCE DUE</w:t>
                  </w:r>
                </w:p>
              </w:tc>
              <w:tc>
                <w:tcPr>
                  <w:tcW w:type="dxa" w:w="2016"/>
                  <w:shd w:val="clear" w:color="auto" w:fill="F7F8FA"/>
                  <w:vAlign w:val="center"/>
                </w:tcPr>
                <w:p>
                  <w:pPr>
                    <w:spacing w:before="0" w:after="0" w:line="240" w:lineRule="auto"/>
                    <w:jc w:val="right"/>
                    <w:rPr>
                      <w:sz w:val="28"/>
                    </w:rPr>
                  </w:pPr>
                </w:p>
              </w:tc>
            </w:tr>
          </w:tbl>
          <w:p/>
          <w:p>
            <w:pPr>
              <w:spacing w:after="0" w:before="0" w:line="160" w:lineRule="exact"/>
              <w:rPr>
                <w:sz w:val="16"/>
              </w:rPr>
            </w:pPr>
          </w:p>
          <w:p>
            <w:pPr>
              <w:spacing w:before="120" w:after="6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0D9488"/>
                <w:spacing w:val="18"/>
                <w:sz w:val="15"/>
              </w:rPr>
              <w:t>TERMS</w:t>
            </w:r>
          </w:p>
          <w:p>
            <w:pPr>
              <w:spacing w:before="0" w:after="4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11418"/>
                <w:sz w:val="18"/>
              </w:rPr>
              <w:t>Payment due within 30 days.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tbl>
            <w:tblPr>
              <w:tblW w:w="7891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946"/>
              <w:gridCol w:w="3946"/>
            </w:tblGrid>
            <w:tr>
              <w:tc>
                <w:tcPr>
                  <w:tcW w:type="dxa" w:w="3946"/>
                  <w:tcBorders>
                    <w:top w:val="single" w:sz="4" w:space="0" w:color="E3E6EA"/>
                  </w:tcBorders>
                  <w:tcMar>
                    <w:top w:w="101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6"/>
                    </w:rPr>
                    <w:t>Thank you for your business.</w:t>
                  </w:r>
                </w:p>
              </w:tc>
              <w:tc>
                <w:tcPr>
                  <w:tcW w:type="dxa" w:w="3946"/>
                  <w:tcBorders>
                    <w:top w:val="single" w:sz="4" w:space="0" w:color="E3E6EA"/>
                  </w:tcBorders>
                  <w:tcMar>
                    <w:top w:w="101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before="0" w:after="0" w:line="240" w:lineRule="auto"/>
                    <w:jc w:val="right"/>
                  </w:pPr>
                  <w:r>
                    <w:rPr>
                      <w:rFonts w:ascii="Calibri" w:hAnsi="Calibri" w:cs="Calibri" w:eastAsia="Calibri"/>
                      <w:b w:val="0"/>
                      <w:i w:val="0"/>
                      <w:color w:val="6B7280"/>
                      <w:sz w:val="16"/>
                    </w:rPr>
                    <w:t>Made with InvoiceTools.com</w:t>
                  </w:r>
                </w:p>
              </w:tc>
            </w:tr>
          </w:tbl>
          <w:p/>
        </w:tc>
      </w:tr>
    </w:tbl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Sequence Code invoice template</dc:title>
  <dc:subject/>
  <dc:creator>InvoiceTools.com</dc:creator>
  <cp:keywords/>
  <dc:description>Design: Sequence Code.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