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</w:tcPr>
          <w:p>
            <w:pPr>
              <w:spacing w:before="0" w:after="80" w:line="240" w:lineRule="auto"/>
              <w:jc w:val="center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06"/>
                <w:sz w:val="60"/>
              </w:rPr>
              <w:t>INVOICE</w:t>
            </w:r>
          </w:p>
          <w:tbl>
            <w:tblPr>
              <w:tblW w:w="2880" w:type="dxa"/>
              <w:jc w:val="center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880"/>
            </w:tblGrid>
            <w:tr>
              <w:trPr>
                <w:trHeight w:val="32" w:hRule="exact"/>
              </w:trPr>
              <w:tc>
                <w:tcPr>
                  <w:tcW w:type="dxa" w:w="2880"/>
                  <w:shd w:val="clear" w:color="auto" w:fill="D97706"/>
                </w:tcPr>
                <w:p>
                  <w:pPr>
                    <w:spacing w:before="0" w:after="0" w:line="240" w:lineRule="auto"/>
                    <w:rPr>
                      <w:sz w:val="2"/>
                    </w:rPr>
                  </w:pPr>
                </w:p>
              </w:tc>
            </w:tr>
          </w:tbl>
          <w:p/>
          <w:p>
            <w:pPr>
              <w:spacing w:before="0" w:after="0" w:line="240" w:lineRule="auto"/>
              <w:rPr>
                <w:sz w:val="8"/>
              </w:rPr>
            </w:pPr>
          </w:p>
          <w:p>
            <w:pPr>
              <w:spacing w:before="0" w:after="20" w:line="240" w:lineRule="auto"/>
              <w:jc w:val="center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jc w:val="center"/>
              <w:rPr>
                <w:sz w:val="19"/>
              </w:rPr>
            </w:pPr>
          </w:p>
          <w:p>
            <w:pPr>
              <w:spacing w:before="0" w:after="60" w:line="240" w:lineRule="auto"/>
              <w:jc w:val="center"/>
              <w:rPr>
                <w:sz w:val="19"/>
              </w:rPr>
            </w:pPr>
          </w:p>
          <w:p>
            <w:pPr>
              <w:spacing w:before="0" w:after="60" w:line="240" w:lineRule="auto"/>
              <w:jc w:val="center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INVOICE NUMBER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C16B08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D97706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D97706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D97706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D97706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D97706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D97706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D97706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D97706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D97706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D97706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D97706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shd w:val="clear" w:color="auto" w:fill="D977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shd w:val="clear" w:color="auto" w:fill="D97706"/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C16B08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Georgia" w:hAnsi="Georgia" w:cs="Georgia" w:eastAsia="Georgia"/>
          <w:b/>
          <w:i w:val="0"/>
          <w:color w:val="C16B08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Georgia" w:hAnsi="Georgia" w:cs="Georgia" w:eastAsia="Georgia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Georgia" w:hAnsi="Georgia" w:cs="Georgia" w:eastAsia="Georg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Terminal invoice template</dc:title>
  <dc:subject/>
  <dc:creator>InvoiceTools.com</dc:creator>
  <cp:keywords/>
  <dc:description>Design: Terminal.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