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9F4"/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408"/>
        <w:gridCol w:w="5832"/>
      </w:tblGrid>
      <w:tr>
        <w:tc>
          <w:tcPr>
            <w:tcW w:type="dxa" w:w="6408"/>
            <w:shd w:val="clear" w:color="auto" w:fill="111418"/>
            <w:tcMar>
              <w:top w:w="504" w:type="dxa"/>
              <w:left w:w="1224" w:type="dxa"/>
              <w:bottom w:w="288" w:type="dxa"/>
              <w:right w:w="0" w:type="dxa"/>
            </w:tcMar>
          </w:tcPr>
          <w:p>
            <w:pPr>
              <w:spacing w:before="0" w:after="2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B6BFC8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5832"/>
            <w:shd w:val="clear" w:color="auto" w:fill="111418"/>
            <w:tcMar>
              <w:top w:w="504" w:type="dxa"/>
              <w:left w:w="0" w:type="dxa"/>
              <w:bottom w:w="288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45CE8"/>
                <w:spacing w:val="106"/>
                <w:sz w:val="66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B6BFC8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4F46E5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4F46E5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4F46E5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4F46E5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4F46E5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1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2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3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4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5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6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7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8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9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10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z w:val="15"/>
              </w:rPr>
              <w:t>11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double" w:sz="24" w:space="0" w:color="4F46E5"/>
              <w:bottom w:val="double" w:sz="24" w:space="0" w:color="4F46E5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4F46E5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double" w:sz="24" w:space="0" w:color="4F46E5"/>
              <w:bottom w:val="double" w:sz="24" w:space="0" w:color="4F46E5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4F46E5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4F46E5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41210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Inset invoice template</dc:title>
  <dc:subject/>
  <dc:creator>InvoiceTools.com</dc:creator>
  <cp:keywords/>
  <dc:description>Design: The Inset.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